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705ECB" w14:textId="77777777" w:rsidR="003E3E57" w:rsidRPr="00E3367B" w:rsidRDefault="0021148C" w:rsidP="00E3367B">
      <w:pPr>
        <w:spacing w:after="0" w:line="360" w:lineRule="auto"/>
        <w:jc w:val="center"/>
        <w:rPr>
          <w:rFonts w:cs="Times New Roman"/>
          <w:b/>
          <w:bCs/>
          <w:sz w:val="32"/>
          <w:szCs w:val="32"/>
          <w:lang w:val="ru-RU"/>
        </w:rPr>
      </w:pPr>
      <w:r w:rsidRPr="00E3367B">
        <w:rPr>
          <w:rFonts w:cs="Times New Roman"/>
          <w:b/>
          <w:bCs/>
          <w:sz w:val="32"/>
          <w:szCs w:val="32"/>
          <w:lang w:val="ru-RU"/>
        </w:rPr>
        <w:t>Руководство по развертыванию</w:t>
      </w:r>
      <w:r w:rsidR="00C416D8">
        <w:rPr>
          <w:rFonts w:cs="Times New Roman"/>
          <w:b/>
          <w:bCs/>
          <w:sz w:val="32"/>
          <w:szCs w:val="32"/>
          <w:lang w:val="ru-RU"/>
        </w:rPr>
        <w:t xml:space="preserve"> </w:t>
      </w:r>
      <w:r w:rsidRPr="00E3367B">
        <w:rPr>
          <w:rFonts w:cs="Times New Roman"/>
          <w:b/>
          <w:bCs/>
          <w:sz w:val="32"/>
          <w:szCs w:val="32"/>
          <w:lang w:val="ru-RU"/>
        </w:rPr>
        <w:t>программы для ЭВМ «Реконфигурируемый программный модуль модулятора сигналов с прямым расширением спектра»</w:t>
      </w:r>
    </w:p>
    <w:p w14:paraId="1EF15BDA" w14:textId="77777777" w:rsidR="003E3E57" w:rsidRPr="00E3367B" w:rsidRDefault="003E3E57" w:rsidP="00E3367B">
      <w:pPr>
        <w:spacing w:after="0" w:line="360" w:lineRule="auto"/>
        <w:ind w:firstLine="720"/>
        <w:jc w:val="both"/>
        <w:rPr>
          <w:rFonts w:cs="Times New Roman"/>
          <w:sz w:val="28"/>
          <w:szCs w:val="28"/>
          <w:lang w:val="ru-RU"/>
        </w:rPr>
      </w:pPr>
    </w:p>
    <w:p w14:paraId="2C5D8653" w14:textId="77777777" w:rsidR="003E3E57" w:rsidRPr="002E766D" w:rsidRDefault="00EF46B0" w:rsidP="00E3367B">
      <w:pPr>
        <w:spacing w:after="0" w:line="360" w:lineRule="auto"/>
        <w:ind w:firstLine="720"/>
        <w:jc w:val="both"/>
        <w:rPr>
          <w:rFonts w:cs="Times New Roman"/>
          <w:b/>
          <w:bCs/>
          <w:sz w:val="28"/>
          <w:szCs w:val="28"/>
          <w:lang w:val="ru-RU"/>
        </w:rPr>
      </w:pPr>
      <w:r>
        <w:rPr>
          <w:rFonts w:cs="Times New Roman"/>
          <w:b/>
          <w:bCs/>
          <w:sz w:val="28"/>
          <w:szCs w:val="28"/>
          <w:lang w:val="ru-RU"/>
        </w:rPr>
        <w:t>1.</w:t>
      </w:r>
      <w:r w:rsidRPr="002E766D">
        <w:rPr>
          <w:rFonts w:cs="Times New Roman"/>
          <w:b/>
          <w:bCs/>
          <w:sz w:val="28"/>
          <w:szCs w:val="28"/>
          <w:lang w:val="ru-RU"/>
        </w:rPr>
        <w:t>1. Область применения</w:t>
      </w:r>
    </w:p>
    <w:p w14:paraId="1AF6E69C" w14:textId="77777777" w:rsidR="003E3E57" w:rsidRPr="00E3367B" w:rsidRDefault="003E3E57" w:rsidP="00E3367B">
      <w:pPr>
        <w:spacing w:after="0" w:line="360" w:lineRule="auto"/>
        <w:ind w:firstLine="720"/>
        <w:jc w:val="both"/>
        <w:rPr>
          <w:rFonts w:cs="Times New Roman"/>
          <w:sz w:val="28"/>
          <w:szCs w:val="28"/>
          <w:lang w:val="ru-RU"/>
        </w:rPr>
      </w:pPr>
    </w:p>
    <w:p w14:paraId="0CF9BAF4" w14:textId="77777777" w:rsidR="003E3E57" w:rsidRPr="00E3367B" w:rsidRDefault="0021148C" w:rsidP="00E3367B">
      <w:pPr>
        <w:spacing w:after="0" w:line="360" w:lineRule="auto"/>
        <w:ind w:firstLine="720"/>
        <w:jc w:val="both"/>
        <w:rPr>
          <w:rFonts w:cs="Times New Roman"/>
          <w:sz w:val="28"/>
          <w:szCs w:val="28"/>
          <w:lang w:val="ru-RU"/>
        </w:rPr>
      </w:pPr>
      <w:r w:rsidRPr="00E3367B">
        <w:rPr>
          <w:rFonts w:cs="Times New Roman"/>
          <w:sz w:val="28"/>
          <w:szCs w:val="28"/>
          <w:lang w:val="ru-RU"/>
        </w:rPr>
        <w:t xml:space="preserve">Настоящее руководство описывает порядок развертывания программного комплекта, предназначенного для запуска и проверки </w:t>
      </w:r>
      <w:r w:rsidR="00E3367B">
        <w:rPr>
          <w:rFonts w:cs="Times New Roman"/>
          <w:sz w:val="28"/>
          <w:szCs w:val="28"/>
          <w:lang w:val="ru-RU"/>
        </w:rPr>
        <w:t>р</w:t>
      </w:r>
      <w:r w:rsidR="00E3367B" w:rsidRPr="00E3367B">
        <w:rPr>
          <w:rFonts w:cs="Times New Roman"/>
          <w:sz w:val="28"/>
          <w:szCs w:val="28"/>
          <w:lang w:val="ru-RU"/>
        </w:rPr>
        <w:t>еконфигурируем</w:t>
      </w:r>
      <w:r w:rsidR="00E3367B">
        <w:rPr>
          <w:rFonts w:cs="Times New Roman"/>
          <w:sz w:val="28"/>
          <w:szCs w:val="28"/>
          <w:lang w:val="ru-RU"/>
        </w:rPr>
        <w:t>ого</w:t>
      </w:r>
      <w:r w:rsidR="00E3367B" w:rsidRPr="00E3367B">
        <w:rPr>
          <w:rFonts w:cs="Times New Roman"/>
          <w:sz w:val="28"/>
          <w:szCs w:val="28"/>
          <w:lang w:val="ru-RU"/>
        </w:rPr>
        <w:t xml:space="preserve"> программн</w:t>
      </w:r>
      <w:r w:rsidR="00E3367B">
        <w:rPr>
          <w:rFonts w:cs="Times New Roman"/>
          <w:sz w:val="28"/>
          <w:szCs w:val="28"/>
          <w:lang w:val="ru-RU"/>
        </w:rPr>
        <w:t>ого</w:t>
      </w:r>
      <w:r w:rsidR="00E3367B" w:rsidRPr="00E3367B">
        <w:rPr>
          <w:rFonts w:cs="Times New Roman"/>
          <w:sz w:val="28"/>
          <w:szCs w:val="28"/>
          <w:lang w:val="ru-RU"/>
        </w:rPr>
        <w:t xml:space="preserve"> модул</w:t>
      </w:r>
      <w:r w:rsidR="00E3367B">
        <w:rPr>
          <w:rFonts w:cs="Times New Roman"/>
          <w:sz w:val="28"/>
          <w:szCs w:val="28"/>
          <w:lang w:val="ru-RU"/>
        </w:rPr>
        <w:t>я</w:t>
      </w:r>
      <w:r w:rsidR="00C416D8">
        <w:rPr>
          <w:rFonts w:cs="Times New Roman"/>
          <w:sz w:val="28"/>
          <w:szCs w:val="28"/>
          <w:lang w:val="ru-RU"/>
        </w:rPr>
        <w:t xml:space="preserve"> (</w:t>
      </w:r>
      <w:bookmarkStart w:id="0" w:name="_Hlk232980919"/>
      <w:r w:rsidR="00C416D8">
        <w:rPr>
          <w:rFonts w:cs="Times New Roman"/>
          <w:sz w:val="28"/>
          <w:szCs w:val="28"/>
          <w:lang w:val="ru-RU"/>
        </w:rPr>
        <w:t>РПМ)</w:t>
      </w:r>
      <w:r w:rsidR="00E3367B" w:rsidRPr="00E3367B">
        <w:rPr>
          <w:rFonts w:cs="Times New Roman"/>
          <w:sz w:val="28"/>
          <w:szCs w:val="28"/>
          <w:lang w:val="ru-RU"/>
        </w:rPr>
        <w:t xml:space="preserve"> модулятора сигналов с прямым расширением спектра</w:t>
      </w:r>
      <w:bookmarkEnd w:id="0"/>
      <w:r w:rsidRPr="00E3367B">
        <w:rPr>
          <w:rFonts w:cs="Times New Roman"/>
          <w:sz w:val="28"/>
          <w:szCs w:val="28"/>
          <w:lang w:val="ru-RU"/>
        </w:rPr>
        <w:t>.</w:t>
      </w:r>
    </w:p>
    <w:p w14:paraId="6385D2AB" w14:textId="77777777" w:rsidR="003E3E57" w:rsidRPr="00E3367B" w:rsidRDefault="0021148C" w:rsidP="00E3367B">
      <w:pPr>
        <w:spacing w:after="0" w:line="360" w:lineRule="auto"/>
        <w:ind w:firstLine="720"/>
        <w:jc w:val="both"/>
        <w:rPr>
          <w:rFonts w:cs="Times New Roman"/>
          <w:sz w:val="28"/>
          <w:szCs w:val="28"/>
          <w:lang w:val="ru-RU"/>
        </w:rPr>
      </w:pPr>
      <w:r w:rsidRPr="00E3367B">
        <w:rPr>
          <w:rFonts w:cs="Times New Roman"/>
          <w:sz w:val="28"/>
          <w:szCs w:val="28"/>
          <w:lang w:val="ru-RU"/>
        </w:rPr>
        <w:t>Комплект применяется в случаях, когда необходимо:</w:t>
      </w:r>
    </w:p>
    <w:p w14:paraId="1FEFD486" w14:textId="77777777" w:rsidR="003E3E57" w:rsidRPr="00E3367B" w:rsidRDefault="0021148C" w:rsidP="00E3367B">
      <w:pPr>
        <w:pStyle w:val="ae"/>
        <w:numPr>
          <w:ilvl w:val="0"/>
          <w:numId w:val="10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cs="Times New Roman"/>
          <w:sz w:val="28"/>
          <w:szCs w:val="28"/>
          <w:lang w:val="ru-RU"/>
        </w:rPr>
      </w:pPr>
      <w:r w:rsidRPr="00E3367B">
        <w:rPr>
          <w:rFonts w:cs="Times New Roman"/>
          <w:sz w:val="28"/>
          <w:szCs w:val="28"/>
          <w:lang w:val="ru-RU"/>
        </w:rPr>
        <w:t>воспроизвести моделирование модулятора ШПС на ЭВМ;</w:t>
      </w:r>
    </w:p>
    <w:p w14:paraId="4EB8C975" w14:textId="77777777" w:rsidR="003E3E57" w:rsidRPr="00E3367B" w:rsidRDefault="0021148C" w:rsidP="00E3367B">
      <w:pPr>
        <w:pStyle w:val="ae"/>
        <w:numPr>
          <w:ilvl w:val="0"/>
          <w:numId w:val="10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cs="Times New Roman"/>
          <w:sz w:val="28"/>
          <w:szCs w:val="28"/>
          <w:lang w:val="ru-RU"/>
        </w:rPr>
      </w:pPr>
      <w:r w:rsidRPr="00E3367B">
        <w:rPr>
          <w:rFonts w:cs="Times New Roman"/>
          <w:sz w:val="28"/>
          <w:szCs w:val="28"/>
          <w:lang w:val="ru-RU"/>
        </w:rPr>
        <w:t xml:space="preserve">получить выходные данные модуля в виде </w:t>
      </w:r>
      <w:r w:rsidRPr="00C416D8">
        <w:rPr>
          <w:rFonts w:cs="Times New Roman"/>
          <w:i/>
          <w:iCs/>
          <w:sz w:val="28"/>
          <w:szCs w:val="28"/>
        </w:rPr>
        <w:t>CSV</w:t>
      </w:r>
      <w:r w:rsidRPr="00E3367B">
        <w:rPr>
          <w:rFonts w:cs="Times New Roman"/>
          <w:sz w:val="28"/>
          <w:szCs w:val="28"/>
          <w:lang w:val="ru-RU"/>
        </w:rPr>
        <w:t xml:space="preserve"> и графиков;</w:t>
      </w:r>
    </w:p>
    <w:p w14:paraId="221570DC" w14:textId="77777777" w:rsidR="003E3E57" w:rsidRPr="00E3367B" w:rsidRDefault="0021148C" w:rsidP="00E3367B">
      <w:pPr>
        <w:pStyle w:val="ae"/>
        <w:numPr>
          <w:ilvl w:val="0"/>
          <w:numId w:val="10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cs="Times New Roman"/>
          <w:sz w:val="28"/>
          <w:szCs w:val="28"/>
          <w:lang w:val="ru-RU"/>
        </w:rPr>
      </w:pPr>
      <w:r w:rsidRPr="00E3367B">
        <w:rPr>
          <w:rFonts w:cs="Times New Roman"/>
          <w:sz w:val="28"/>
          <w:szCs w:val="28"/>
          <w:lang w:val="ru-RU"/>
        </w:rPr>
        <w:t>провести контрольную проверку работоспособности;</w:t>
      </w:r>
    </w:p>
    <w:p w14:paraId="2B977C38" w14:textId="77777777" w:rsidR="003E3E57" w:rsidRPr="00E3367B" w:rsidRDefault="0021148C" w:rsidP="00E3367B">
      <w:pPr>
        <w:pStyle w:val="ae"/>
        <w:numPr>
          <w:ilvl w:val="0"/>
          <w:numId w:val="10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cs="Times New Roman"/>
          <w:sz w:val="28"/>
          <w:szCs w:val="28"/>
          <w:lang w:val="ru-RU"/>
        </w:rPr>
      </w:pPr>
      <w:r w:rsidRPr="00E3367B">
        <w:rPr>
          <w:rFonts w:cs="Times New Roman"/>
          <w:sz w:val="28"/>
          <w:szCs w:val="28"/>
          <w:lang w:val="ru-RU"/>
        </w:rPr>
        <w:t>подготовить комплект к передаче другому пользователю.</w:t>
      </w:r>
    </w:p>
    <w:p w14:paraId="6D853114" w14:textId="77777777" w:rsidR="003E3E57" w:rsidRPr="00C416D8" w:rsidRDefault="00C416D8" w:rsidP="00E3367B">
      <w:pPr>
        <w:spacing w:after="0" w:line="360" w:lineRule="auto"/>
        <w:ind w:firstLine="720"/>
        <w:jc w:val="both"/>
        <w:rPr>
          <w:rFonts w:cs="Times New Roman"/>
          <w:sz w:val="28"/>
          <w:szCs w:val="28"/>
          <w:lang w:val="ru-RU"/>
        </w:rPr>
      </w:pPr>
      <w:r w:rsidRPr="00C416D8">
        <w:rPr>
          <w:rFonts w:cs="Times New Roman"/>
          <w:sz w:val="28"/>
          <w:szCs w:val="28"/>
          <w:lang w:val="ru-RU"/>
        </w:rPr>
        <w:t xml:space="preserve">Данный комплект предназначен для моделирования и анализа работы </w:t>
      </w:r>
      <w:r>
        <w:rPr>
          <w:rFonts w:cs="Times New Roman"/>
          <w:sz w:val="28"/>
          <w:szCs w:val="28"/>
          <w:lang w:val="ru-RU"/>
        </w:rPr>
        <w:t>РМП</w:t>
      </w:r>
      <w:r w:rsidRPr="00C416D8">
        <w:rPr>
          <w:rFonts w:cs="Times New Roman"/>
          <w:sz w:val="28"/>
          <w:szCs w:val="28"/>
          <w:lang w:val="ru-RU"/>
        </w:rPr>
        <w:t xml:space="preserve"> модулятора сигналов с прямым расширением спектра, а не для прямой прошивки ПЛИС.</w:t>
      </w:r>
    </w:p>
    <w:p w14:paraId="29B8CA12" w14:textId="77777777" w:rsidR="003E3E57" w:rsidRPr="00E3367B" w:rsidRDefault="003E3E57" w:rsidP="00E3367B">
      <w:pPr>
        <w:spacing w:after="0" w:line="360" w:lineRule="auto"/>
        <w:ind w:firstLine="720"/>
        <w:jc w:val="both"/>
        <w:rPr>
          <w:rFonts w:cs="Times New Roman"/>
          <w:sz w:val="28"/>
          <w:szCs w:val="28"/>
          <w:lang w:val="ru-RU"/>
        </w:rPr>
      </w:pPr>
    </w:p>
    <w:p w14:paraId="312CED7B" w14:textId="77777777" w:rsidR="003E3E57" w:rsidRPr="002E766D" w:rsidRDefault="00EF46B0" w:rsidP="00E3367B">
      <w:pPr>
        <w:spacing w:after="0" w:line="360" w:lineRule="auto"/>
        <w:ind w:firstLine="720"/>
        <w:jc w:val="both"/>
        <w:rPr>
          <w:rFonts w:cs="Times New Roman"/>
          <w:b/>
          <w:bCs/>
          <w:sz w:val="28"/>
          <w:szCs w:val="28"/>
          <w:lang w:val="ru-RU"/>
        </w:rPr>
      </w:pPr>
      <w:r>
        <w:rPr>
          <w:rFonts w:cs="Times New Roman"/>
          <w:b/>
          <w:bCs/>
          <w:sz w:val="28"/>
          <w:szCs w:val="28"/>
          <w:lang w:val="ru-RU"/>
        </w:rPr>
        <w:t>1.</w:t>
      </w:r>
      <w:r w:rsidRPr="002E766D">
        <w:rPr>
          <w:rFonts w:cs="Times New Roman"/>
          <w:b/>
          <w:bCs/>
          <w:sz w:val="28"/>
          <w:szCs w:val="28"/>
          <w:lang w:val="ru-RU"/>
        </w:rPr>
        <w:t xml:space="preserve">2. </w:t>
      </w:r>
      <w:r>
        <w:rPr>
          <w:rFonts w:cs="Times New Roman"/>
          <w:b/>
          <w:bCs/>
          <w:sz w:val="28"/>
          <w:szCs w:val="28"/>
          <w:lang w:val="ru-RU"/>
        </w:rPr>
        <w:t>Состав</w:t>
      </w:r>
    </w:p>
    <w:p w14:paraId="239F5277" w14:textId="77777777" w:rsidR="003E3E57" w:rsidRPr="00E3367B" w:rsidRDefault="003E3E57" w:rsidP="00E3367B">
      <w:pPr>
        <w:spacing w:after="0" w:line="360" w:lineRule="auto"/>
        <w:ind w:firstLine="720"/>
        <w:jc w:val="both"/>
        <w:rPr>
          <w:rFonts w:cs="Times New Roman"/>
          <w:sz w:val="28"/>
          <w:szCs w:val="28"/>
          <w:lang w:val="ru-RU"/>
        </w:rPr>
      </w:pPr>
    </w:p>
    <w:p w14:paraId="322B5D59" w14:textId="77777777" w:rsidR="003E3E57" w:rsidRPr="00E3367B" w:rsidRDefault="0021148C" w:rsidP="00E3367B">
      <w:pPr>
        <w:spacing w:after="0" w:line="360" w:lineRule="auto"/>
        <w:ind w:firstLine="720"/>
        <w:jc w:val="both"/>
        <w:rPr>
          <w:rFonts w:cs="Times New Roman"/>
          <w:sz w:val="28"/>
          <w:szCs w:val="28"/>
          <w:lang w:val="ru-RU"/>
        </w:rPr>
      </w:pPr>
      <w:r w:rsidRPr="00E3367B">
        <w:rPr>
          <w:rFonts w:cs="Times New Roman"/>
          <w:sz w:val="28"/>
          <w:szCs w:val="28"/>
          <w:lang w:val="ru-RU"/>
        </w:rPr>
        <w:t>Поставочный комплект включает:</w:t>
      </w:r>
    </w:p>
    <w:p w14:paraId="44A8E910" w14:textId="77777777" w:rsidR="003E3E57" w:rsidRPr="00C416D8" w:rsidRDefault="0021148C" w:rsidP="00C416D8">
      <w:pPr>
        <w:pStyle w:val="ae"/>
        <w:numPr>
          <w:ilvl w:val="0"/>
          <w:numId w:val="11"/>
        </w:numPr>
        <w:spacing w:after="0" w:line="360" w:lineRule="auto"/>
        <w:ind w:left="0" w:firstLine="709"/>
        <w:jc w:val="both"/>
        <w:rPr>
          <w:rFonts w:cs="Times New Roman"/>
          <w:sz w:val="28"/>
          <w:szCs w:val="28"/>
          <w:lang w:val="ru-RU"/>
        </w:rPr>
      </w:pPr>
      <w:r w:rsidRPr="00C416D8">
        <w:rPr>
          <w:rFonts w:cs="Times New Roman"/>
          <w:sz w:val="28"/>
          <w:szCs w:val="28"/>
        </w:rPr>
        <w:t>HDL</w:t>
      </w:r>
      <w:r w:rsidRPr="00C416D8">
        <w:rPr>
          <w:rFonts w:cs="Times New Roman"/>
          <w:sz w:val="28"/>
          <w:szCs w:val="28"/>
          <w:lang w:val="ru-RU"/>
        </w:rPr>
        <w:t>-исходники модулятора;</w:t>
      </w:r>
    </w:p>
    <w:p w14:paraId="1F01DA77" w14:textId="77777777" w:rsidR="003E3E57" w:rsidRPr="00C416D8" w:rsidRDefault="0021148C" w:rsidP="00C416D8">
      <w:pPr>
        <w:pStyle w:val="ae"/>
        <w:numPr>
          <w:ilvl w:val="0"/>
          <w:numId w:val="11"/>
        </w:numPr>
        <w:spacing w:after="0" w:line="360" w:lineRule="auto"/>
        <w:ind w:left="0" w:firstLine="709"/>
        <w:jc w:val="both"/>
        <w:rPr>
          <w:rFonts w:cs="Times New Roman"/>
          <w:sz w:val="28"/>
          <w:szCs w:val="28"/>
          <w:lang w:val="ru-RU"/>
        </w:rPr>
      </w:pPr>
      <w:r w:rsidRPr="00C416D8">
        <w:rPr>
          <w:rFonts w:cs="Times New Roman"/>
          <w:sz w:val="28"/>
          <w:szCs w:val="28"/>
          <w:lang w:val="ru-RU"/>
        </w:rPr>
        <w:t>тестовый стенд верхнего уровня;</w:t>
      </w:r>
    </w:p>
    <w:p w14:paraId="2526BDEE" w14:textId="77777777" w:rsidR="003E3E57" w:rsidRPr="00C416D8" w:rsidRDefault="0021148C" w:rsidP="00C416D8">
      <w:pPr>
        <w:pStyle w:val="ae"/>
        <w:numPr>
          <w:ilvl w:val="0"/>
          <w:numId w:val="11"/>
        </w:numPr>
        <w:spacing w:after="0" w:line="360" w:lineRule="auto"/>
        <w:ind w:left="0" w:firstLine="709"/>
        <w:jc w:val="both"/>
        <w:rPr>
          <w:rFonts w:cs="Times New Roman"/>
          <w:sz w:val="28"/>
          <w:szCs w:val="28"/>
          <w:lang w:val="ru-RU"/>
        </w:rPr>
      </w:pPr>
      <w:r w:rsidRPr="00C416D8">
        <w:rPr>
          <w:rFonts w:cs="Times New Roman"/>
          <w:sz w:val="28"/>
          <w:szCs w:val="28"/>
          <w:lang w:val="ru-RU"/>
        </w:rPr>
        <w:t>входные данные для моделирования;</w:t>
      </w:r>
    </w:p>
    <w:p w14:paraId="5A511DDD" w14:textId="77777777" w:rsidR="003E3E57" w:rsidRPr="00C416D8" w:rsidRDefault="0021148C" w:rsidP="00C416D8">
      <w:pPr>
        <w:pStyle w:val="ae"/>
        <w:numPr>
          <w:ilvl w:val="0"/>
          <w:numId w:val="11"/>
        </w:numPr>
        <w:spacing w:after="0" w:line="360" w:lineRule="auto"/>
        <w:ind w:left="0" w:firstLine="709"/>
        <w:jc w:val="both"/>
        <w:rPr>
          <w:rFonts w:cs="Times New Roman"/>
          <w:sz w:val="28"/>
          <w:szCs w:val="28"/>
          <w:lang w:val="ru-RU"/>
        </w:rPr>
      </w:pPr>
      <w:r w:rsidRPr="00C416D8">
        <w:rPr>
          <w:rFonts w:cs="Times New Roman"/>
          <w:sz w:val="28"/>
          <w:szCs w:val="28"/>
          <w:lang w:val="ru-RU"/>
        </w:rPr>
        <w:t>сценарии запуска;</w:t>
      </w:r>
    </w:p>
    <w:p w14:paraId="74F38F48" w14:textId="77777777" w:rsidR="003E3E57" w:rsidRPr="00C416D8" w:rsidRDefault="0021148C" w:rsidP="00C416D8">
      <w:pPr>
        <w:pStyle w:val="ae"/>
        <w:numPr>
          <w:ilvl w:val="0"/>
          <w:numId w:val="11"/>
        </w:numPr>
        <w:spacing w:after="0" w:line="360" w:lineRule="auto"/>
        <w:ind w:left="0" w:firstLine="709"/>
        <w:jc w:val="both"/>
        <w:rPr>
          <w:rFonts w:cs="Times New Roman"/>
          <w:sz w:val="28"/>
          <w:szCs w:val="28"/>
          <w:lang w:val="ru-RU"/>
        </w:rPr>
      </w:pPr>
      <w:r w:rsidRPr="00C416D8">
        <w:rPr>
          <w:rFonts w:cs="Times New Roman"/>
          <w:sz w:val="28"/>
          <w:szCs w:val="28"/>
        </w:rPr>
        <w:lastRenderedPageBreak/>
        <w:t>Python</w:t>
      </w:r>
      <w:r w:rsidRPr="00C416D8">
        <w:rPr>
          <w:rFonts w:cs="Times New Roman"/>
          <w:sz w:val="28"/>
          <w:szCs w:val="28"/>
          <w:lang w:val="ru-RU"/>
        </w:rPr>
        <w:t>-утилиты постобработки</w:t>
      </w:r>
      <w:r w:rsidR="00C416D8" w:rsidRPr="00C416D8">
        <w:rPr>
          <w:rFonts w:cs="Times New Roman"/>
          <w:sz w:val="28"/>
          <w:szCs w:val="28"/>
          <w:lang w:val="ru-RU"/>
        </w:rPr>
        <w:t>.</w:t>
      </w:r>
    </w:p>
    <w:p w14:paraId="3ECCC1DB" w14:textId="77777777" w:rsidR="003E3E57" w:rsidRPr="00E3367B" w:rsidRDefault="003E3E57" w:rsidP="00E3367B">
      <w:pPr>
        <w:spacing w:after="0" w:line="360" w:lineRule="auto"/>
        <w:ind w:firstLine="720"/>
        <w:jc w:val="both"/>
        <w:rPr>
          <w:rFonts w:cs="Times New Roman"/>
          <w:sz w:val="28"/>
          <w:szCs w:val="28"/>
          <w:lang w:val="ru-RU"/>
        </w:rPr>
      </w:pPr>
    </w:p>
    <w:p w14:paraId="5035BC69" w14:textId="77777777" w:rsidR="003E3E57" w:rsidRPr="00C416D8" w:rsidRDefault="00C416D8" w:rsidP="00E3367B">
      <w:pPr>
        <w:spacing w:after="0" w:line="360" w:lineRule="auto"/>
        <w:ind w:firstLine="720"/>
        <w:jc w:val="both"/>
        <w:rPr>
          <w:rFonts w:cs="Times New Roman"/>
          <w:sz w:val="28"/>
          <w:szCs w:val="28"/>
          <w:lang w:val="ru-RU"/>
        </w:rPr>
      </w:pPr>
      <w:r>
        <w:rPr>
          <w:rFonts w:cs="Times New Roman"/>
          <w:sz w:val="28"/>
          <w:szCs w:val="28"/>
          <w:lang w:val="ru-RU"/>
        </w:rPr>
        <w:t>С</w:t>
      </w:r>
      <w:r w:rsidRPr="00C416D8">
        <w:rPr>
          <w:rFonts w:cs="Times New Roman"/>
          <w:sz w:val="28"/>
          <w:szCs w:val="28"/>
          <w:lang w:val="ru-RU"/>
        </w:rPr>
        <w:t>труктура каталог</w:t>
      </w:r>
      <w:r>
        <w:rPr>
          <w:rFonts w:cs="Times New Roman"/>
          <w:sz w:val="28"/>
          <w:szCs w:val="28"/>
          <w:lang w:val="ru-RU"/>
        </w:rPr>
        <w:t>ов текущего программного проекта</w:t>
      </w:r>
      <w:r w:rsidRPr="00C416D8">
        <w:rPr>
          <w:rFonts w:cs="Times New Roman"/>
          <w:sz w:val="28"/>
          <w:szCs w:val="28"/>
          <w:lang w:val="ru-RU"/>
        </w:rPr>
        <w:t>:</w:t>
      </w:r>
    </w:p>
    <w:p w14:paraId="3889D76B" w14:textId="77777777" w:rsidR="00C416D8" w:rsidRPr="002E766D" w:rsidRDefault="00C416D8" w:rsidP="00C416D8">
      <w:pPr>
        <w:pStyle w:val="ae"/>
        <w:numPr>
          <w:ilvl w:val="0"/>
          <w:numId w:val="12"/>
        </w:numPr>
        <w:spacing w:after="0" w:line="360" w:lineRule="auto"/>
        <w:jc w:val="both"/>
        <w:rPr>
          <w:rFonts w:cs="Times New Roman"/>
          <w:sz w:val="28"/>
          <w:szCs w:val="28"/>
        </w:rPr>
      </w:pPr>
      <w:proofErr w:type="spellStart"/>
      <w:r w:rsidRPr="00C416D8">
        <w:rPr>
          <w:rFonts w:cs="Times New Roman"/>
          <w:sz w:val="28"/>
          <w:szCs w:val="28"/>
        </w:rPr>
        <w:t>hdlsrc</w:t>
      </w:r>
      <w:proofErr w:type="spellEnd"/>
      <w:r w:rsidRPr="002E766D">
        <w:rPr>
          <w:rFonts w:cs="Times New Roman"/>
          <w:sz w:val="28"/>
          <w:szCs w:val="28"/>
        </w:rPr>
        <w:t>/</w:t>
      </w:r>
      <w:r w:rsidRPr="00C416D8">
        <w:rPr>
          <w:rFonts w:cs="Times New Roman"/>
          <w:sz w:val="28"/>
          <w:szCs w:val="28"/>
        </w:rPr>
        <w:t>ShPS</w:t>
      </w:r>
      <w:r w:rsidRPr="002E766D">
        <w:rPr>
          <w:rFonts w:cs="Times New Roman"/>
          <w:sz w:val="28"/>
          <w:szCs w:val="28"/>
        </w:rPr>
        <w:t>_</w:t>
      </w:r>
      <w:r w:rsidRPr="00C416D8">
        <w:rPr>
          <w:rFonts w:cs="Times New Roman"/>
          <w:sz w:val="28"/>
          <w:szCs w:val="28"/>
        </w:rPr>
        <w:t>mod</w:t>
      </w:r>
      <w:r w:rsidRPr="002E766D">
        <w:rPr>
          <w:rFonts w:cs="Times New Roman"/>
          <w:sz w:val="28"/>
          <w:szCs w:val="28"/>
        </w:rPr>
        <w:t>_</w:t>
      </w:r>
      <w:r w:rsidRPr="00C416D8">
        <w:rPr>
          <w:rFonts w:cs="Times New Roman"/>
          <w:sz w:val="28"/>
          <w:szCs w:val="28"/>
        </w:rPr>
        <w:t>Ver</w:t>
      </w:r>
      <w:r w:rsidRPr="002E766D">
        <w:rPr>
          <w:rFonts w:cs="Times New Roman"/>
          <w:sz w:val="28"/>
          <w:szCs w:val="28"/>
        </w:rPr>
        <w:t>1/</w:t>
      </w:r>
      <w:r w:rsidRPr="002E766D">
        <w:rPr>
          <w:rFonts w:cs="Times New Roman"/>
          <w:sz w:val="28"/>
          <w:szCs w:val="28"/>
        </w:rPr>
        <w:tab/>
      </w:r>
      <w:r w:rsidR="002E766D" w:rsidRPr="002E766D">
        <w:rPr>
          <w:rFonts w:cs="Times New Roman"/>
          <w:sz w:val="28"/>
          <w:szCs w:val="28"/>
        </w:rPr>
        <w:t xml:space="preserve"> – </w:t>
      </w:r>
      <w:r w:rsidR="002E766D">
        <w:rPr>
          <w:rFonts w:cs="Times New Roman"/>
          <w:sz w:val="28"/>
          <w:szCs w:val="28"/>
          <w:lang w:val="ru-RU"/>
        </w:rPr>
        <w:t>это</w:t>
      </w:r>
      <w:r w:rsidR="002E766D" w:rsidRPr="002E766D">
        <w:rPr>
          <w:rFonts w:cs="Times New Roman"/>
          <w:sz w:val="28"/>
          <w:szCs w:val="28"/>
        </w:rPr>
        <w:t xml:space="preserve"> </w:t>
      </w:r>
      <w:r w:rsidRPr="00C416D8">
        <w:rPr>
          <w:rFonts w:cs="Times New Roman"/>
          <w:sz w:val="28"/>
          <w:szCs w:val="28"/>
        </w:rPr>
        <w:t>HDL</w:t>
      </w:r>
      <w:r w:rsidRPr="002E766D">
        <w:rPr>
          <w:rFonts w:cs="Times New Roman"/>
          <w:sz w:val="28"/>
          <w:szCs w:val="28"/>
        </w:rPr>
        <w:t>-</w:t>
      </w:r>
      <w:r w:rsidRPr="00C416D8">
        <w:rPr>
          <w:rFonts w:cs="Times New Roman"/>
          <w:sz w:val="28"/>
          <w:szCs w:val="28"/>
          <w:lang w:val="ru-RU"/>
        </w:rPr>
        <w:t>файлы</w:t>
      </w:r>
      <w:r w:rsidRPr="002E766D">
        <w:rPr>
          <w:rFonts w:cs="Times New Roman"/>
          <w:sz w:val="28"/>
          <w:szCs w:val="28"/>
        </w:rPr>
        <w:t xml:space="preserve">, </w:t>
      </w:r>
      <w:r w:rsidRPr="00C416D8">
        <w:rPr>
          <w:rFonts w:cs="Times New Roman"/>
          <w:sz w:val="28"/>
          <w:szCs w:val="28"/>
        </w:rPr>
        <w:t>data</w:t>
      </w:r>
      <w:r w:rsidRPr="002E766D">
        <w:rPr>
          <w:rFonts w:cs="Times New Roman"/>
          <w:sz w:val="28"/>
          <w:szCs w:val="28"/>
        </w:rPr>
        <w:t>.</w:t>
      </w:r>
      <w:r w:rsidRPr="00C416D8">
        <w:rPr>
          <w:rFonts w:cs="Times New Roman"/>
          <w:sz w:val="28"/>
          <w:szCs w:val="28"/>
        </w:rPr>
        <w:t>dat</w:t>
      </w:r>
      <w:r w:rsidRPr="002E766D">
        <w:rPr>
          <w:rFonts w:cs="Times New Roman"/>
          <w:sz w:val="28"/>
          <w:szCs w:val="28"/>
        </w:rPr>
        <w:t xml:space="preserve">, </w:t>
      </w:r>
      <w:r w:rsidRPr="00C416D8">
        <w:rPr>
          <w:rFonts w:cs="Times New Roman"/>
          <w:sz w:val="28"/>
          <w:szCs w:val="28"/>
        </w:rPr>
        <w:t>start</w:t>
      </w:r>
      <w:r w:rsidRPr="002E766D">
        <w:rPr>
          <w:rFonts w:cs="Times New Roman"/>
          <w:sz w:val="28"/>
          <w:szCs w:val="28"/>
        </w:rPr>
        <w:t>.</w:t>
      </w:r>
      <w:r w:rsidRPr="00C416D8">
        <w:rPr>
          <w:rFonts w:cs="Times New Roman"/>
          <w:sz w:val="28"/>
          <w:szCs w:val="28"/>
        </w:rPr>
        <w:t>dat</w:t>
      </w:r>
    </w:p>
    <w:p w14:paraId="1B1A0475" w14:textId="77777777" w:rsidR="00C416D8" w:rsidRPr="00C416D8" w:rsidRDefault="00C416D8" w:rsidP="00C416D8">
      <w:pPr>
        <w:pStyle w:val="ae"/>
        <w:numPr>
          <w:ilvl w:val="0"/>
          <w:numId w:val="12"/>
        </w:numPr>
        <w:spacing w:after="0" w:line="360" w:lineRule="auto"/>
        <w:jc w:val="both"/>
        <w:rPr>
          <w:rFonts w:cs="Times New Roman"/>
          <w:sz w:val="28"/>
          <w:szCs w:val="28"/>
          <w:lang w:val="ru-RU"/>
        </w:rPr>
      </w:pPr>
      <w:r w:rsidRPr="00C416D8">
        <w:rPr>
          <w:rFonts w:cs="Times New Roman"/>
          <w:sz w:val="28"/>
          <w:szCs w:val="28"/>
        </w:rPr>
        <w:t>sim</w:t>
      </w:r>
      <w:r w:rsidR="002E766D">
        <w:rPr>
          <w:rFonts w:cs="Times New Roman"/>
          <w:sz w:val="28"/>
          <w:szCs w:val="28"/>
          <w:lang w:val="ru-RU"/>
        </w:rPr>
        <w:t xml:space="preserve">/ – фалы </w:t>
      </w:r>
      <w:proofErr w:type="spellStart"/>
      <w:r w:rsidR="002E766D">
        <w:rPr>
          <w:rFonts w:cs="Times New Roman"/>
          <w:sz w:val="28"/>
          <w:szCs w:val="28"/>
          <w:lang w:val="ru-RU"/>
        </w:rPr>
        <w:t>тестбэнча</w:t>
      </w:r>
      <w:proofErr w:type="spellEnd"/>
      <w:r w:rsidR="002E766D">
        <w:rPr>
          <w:rFonts w:cs="Times New Roman"/>
          <w:sz w:val="28"/>
          <w:szCs w:val="28"/>
          <w:lang w:val="ru-RU"/>
        </w:rPr>
        <w:t>;</w:t>
      </w:r>
    </w:p>
    <w:p w14:paraId="5029B526" w14:textId="77777777" w:rsidR="00C416D8" w:rsidRPr="00C416D8" w:rsidRDefault="00C416D8" w:rsidP="00C416D8">
      <w:pPr>
        <w:pStyle w:val="ae"/>
        <w:numPr>
          <w:ilvl w:val="0"/>
          <w:numId w:val="12"/>
        </w:numPr>
        <w:spacing w:after="0" w:line="360" w:lineRule="auto"/>
        <w:jc w:val="both"/>
        <w:rPr>
          <w:rFonts w:cs="Times New Roman"/>
          <w:sz w:val="28"/>
          <w:szCs w:val="28"/>
          <w:lang w:val="ru-RU"/>
        </w:rPr>
      </w:pPr>
      <w:r w:rsidRPr="00C416D8">
        <w:rPr>
          <w:rFonts w:cs="Times New Roman"/>
          <w:sz w:val="28"/>
          <w:szCs w:val="28"/>
        </w:rPr>
        <w:t>tools</w:t>
      </w:r>
      <w:r w:rsidRPr="00C416D8">
        <w:rPr>
          <w:rFonts w:cs="Times New Roman"/>
          <w:sz w:val="28"/>
          <w:szCs w:val="28"/>
          <w:lang w:val="ru-RU"/>
        </w:rPr>
        <w:t>/</w:t>
      </w:r>
      <w:r w:rsidR="002E766D">
        <w:rPr>
          <w:rFonts w:cs="Times New Roman"/>
          <w:sz w:val="28"/>
          <w:szCs w:val="28"/>
          <w:lang w:val="ru-RU"/>
        </w:rPr>
        <w:t xml:space="preserve"> – </w:t>
      </w:r>
      <w:r w:rsidRPr="00C416D8">
        <w:rPr>
          <w:rFonts w:cs="Times New Roman"/>
          <w:sz w:val="28"/>
          <w:szCs w:val="28"/>
          <w:lang w:val="ru-RU"/>
        </w:rPr>
        <w:t>утилиты анализа и сборки</w:t>
      </w:r>
      <w:r w:rsidR="002E766D">
        <w:rPr>
          <w:rFonts w:cs="Times New Roman"/>
          <w:sz w:val="28"/>
          <w:szCs w:val="28"/>
          <w:lang w:val="ru-RU"/>
        </w:rPr>
        <w:t>;</w:t>
      </w:r>
    </w:p>
    <w:p w14:paraId="6B1758EE" w14:textId="77777777" w:rsidR="00C416D8" w:rsidRPr="00C416D8" w:rsidRDefault="00C416D8" w:rsidP="00C416D8">
      <w:pPr>
        <w:pStyle w:val="ae"/>
        <w:numPr>
          <w:ilvl w:val="0"/>
          <w:numId w:val="12"/>
        </w:numPr>
        <w:spacing w:after="0" w:line="360" w:lineRule="auto"/>
        <w:jc w:val="both"/>
        <w:rPr>
          <w:rFonts w:cs="Times New Roman"/>
          <w:sz w:val="28"/>
          <w:szCs w:val="28"/>
          <w:lang w:val="ru-RU"/>
        </w:rPr>
      </w:pPr>
      <w:r w:rsidRPr="00C416D8">
        <w:rPr>
          <w:rFonts w:cs="Times New Roman"/>
          <w:sz w:val="28"/>
          <w:szCs w:val="28"/>
        </w:rPr>
        <w:t>run</w:t>
      </w:r>
      <w:r w:rsidRPr="00C416D8">
        <w:rPr>
          <w:rFonts w:cs="Times New Roman"/>
          <w:sz w:val="28"/>
          <w:szCs w:val="28"/>
          <w:lang w:val="ru-RU"/>
        </w:rPr>
        <w:t>_*.</w:t>
      </w:r>
      <w:proofErr w:type="spellStart"/>
      <w:r w:rsidRPr="00C416D8">
        <w:rPr>
          <w:rFonts w:cs="Times New Roman"/>
          <w:sz w:val="28"/>
          <w:szCs w:val="28"/>
        </w:rPr>
        <w:t>sh</w:t>
      </w:r>
      <w:proofErr w:type="spellEnd"/>
      <w:r w:rsidR="002E766D">
        <w:rPr>
          <w:rFonts w:cs="Times New Roman"/>
          <w:sz w:val="28"/>
          <w:szCs w:val="28"/>
          <w:lang w:val="ru-RU"/>
        </w:rPr>
        <w:t xml:space="preserve">  – </w:t>
      </w:r>
      <w:r w:rsidRPr="00C416D8">
        <w:rPr>
          <w:rFonts w:cs="Times New Roman"/>
          <w:sz w:val="28"/>
          <w:szCs w:val="28"/>
          <w:lang w:val="ru-RU"/>
        </w:rPr>
        <w:t>сценарии запуска</w:t>
      </w:r>
      <w:r w:rsidR="002E766D">
        <w:rPr>
          <w:rFonts w:cs="Times New Roman"/>
          <w:sz w:val="28"/>
          <w:szCs w:val="28"/>
          <w:lang w:val="ru-RU"/>
        </w:rPr>
        <w:t>;</w:t>
      </w:r>
    </w:p>
    <w:p w14:paraId="79BB9267" w14:textId="77777777" w:rsidR="003E3E57" w:rsidRPr="00C416D8" w:rsidRDefault="00C416D8" w:rsidP="00C416D8">
      <w:pPr>
        <w:pStyle w:val="ae"/>
        <w:numPr>
          <w:ilvl w:val="0"/>
          <w:numId w:val="12"/>
        </w:numPr>
        <w:spacing w:after="0" w:line="360" w:lineRule="auto"/>
        <w:jc w:val="both"/>
        <w:rPr>
          <w:rFonts w:cs="Times New Roman"/>
          <w:sz w:val="28"/>
          <w:szCs w:val="28"/>
          <w:lang w:val="ru-RU"/>
        </w:rPr>
      </w:pPr>
      <w:r w:rsidRPr="00C416D8">
        <w:rPr>
          <w:rFonts w:cs="Times New Roman"/>
          <w:sz w:val="28"/>
          <w:szCs w:val="28"/>
        </w:rPr>
        <w:t>setup</w:t>
      </w:r>
      <w:r w:rsidRPr="00C416D8">
        <w:rPr>
          <w:rFonts w:cs="Times New Roman"/>
          <w:sz w:val="28"/>
          <w:szCs w:val="28"/>
          <w:lang w:val="ru-RU"/>
        </w:rPr>
        <w:t>_</w:t>
      </w:r>
      <w:r w:rsidRPr="00C416D8">
        <w:rPr>
          <w:rFonts w:cs="Times New Roman"/>
          <w:sz w:val="28"/>
          <w:szCs w:val="28"/>
        </w:rPr>
        <w:t>env</w:t>
      </w:r>
      <w:r w:rsidRPr="00C416D8">
        <w:rPr>
          <w:rFonts w:cs="Times New Roman"/>
          <w:sz w:val="28"/>
          <w:szCs w:val="28"/>
          <w:lang w:val="ru-RU"/>
        </w:rPr>
        <w:t>.</w:t>
      </w:r>
      <w:proofErr w:type="spellStart"/>
      <w:r w:rsidRPr="00C416D8">
        <w:rPr>
          <w:rFonts w:cs="Times New Roman"/>
          <w:sz w:val="28"/>
          <w:szCs w:val="28"/>
        </w:rPr>
        <w:t>sh</w:t>
      </w:r>
      <w:proofErr w:type="spellEnd"/>
      <w:r w:rsidR="002E766D">
        <w:rPr>
          <w:rFonts w:cs="Times New Roman"/>
          <w:sz w:val="28"/>
          <w:szCs w:val="28"/>
          <w:lang w:val="ru-RU"/>
        </w:rPr>
        <w:t xml:space="preserve"> – </w:t>
      </w:r>
      <w:r w:rsidRPr="00C416D8">
        <w:rPr>
          <w:rFonts w:cs="Times New Roman"/>
          <w:sz w:val="28"/>
          <w:szCs w:val="28"/>
          <w:lang w:val="ru-RU"/>
        </w:rPr>
        <w:t>автоматическая установка окружения</w:t>
      </w:r>
      <w:r w:rsidR="002E766D">
        <w:rPr>
          <w:rFonts w:cs="Times New Roman"/>
          <w:sz w:val="28"/>
          <w:szCs w:val="28"/>
          <w:lang w:val="ru-RU"/>
        </w:rPr>
        <w:t>.</w:t>
      </w:r>
    </w:p>
    <w:p w14:paraId="2BEC61A5" w14:textId="77777777" w:rsidR="003E3E57" w:rsidRPr="002E766D" w:rsidRDefault="003E3E57" w:rsidP="00E3367B">
      <w:pPr>
        <w:spacing w:after="0" w:line="360" w:lineRule="auto"/>
        <w:ind w:firstLine="720"/>
        <w:jc w:val="both"/>
        <w:rPr>
          <w:rFonts w:cs="Times New Roman"/>
          <w:sz w:val="28"/>
          <w:szCs w:val="28"/>
          <w:lang w:val="ru-RU"/>
        </w:rPr>
      </w:pPr>
    </w:p>
    <w:p w14:paraId="266AC3E5" w14:textId="77777777" w:rsidR="003E3E57" w:rsidRPr="002E766D" w:rsidRDefault="00EF46B0" w:rsidP="00E3367B">
      <w:pPr>
        <w:spacing w:after="0" w:line="360" w:lineRule="auto"/>
        <w:ind w:firstLine="720"/>
        <w:jc w:val="both"/>
        <w:rPr>
          <w:rFonts w:cs="Times New Roman"/>
          <w:b/>
          <w:bCs/>
          <w:sz w:val="28"/>
          <w:szCs w:val="28"/>
          <w:lang w:val="ru-RU"/>
        </w:rPr>
      </w:pPr>
      <w:r>
        <w:rPr>
          <w:rFonts w:cs="Times New Roman"/>
          <w:b/>
          <w:bCs/>
          <w:sz w:val="28"/>
          <w:szCs w:val="28"/>
          <w:lang w:val="ru-RU"/>
        </w:rPr>
        <w:t>1.</w:t>
      </w:r>
      <w:r w:rsidRPr="002E766D">
        <w:rPr>
          <w:rFonts w:cs="Times New Roman"/>
          <w:b/>
          <w:bCs/>
          <w:sz w:val="28"/>
          <w:szCs w:val="28"/>
          <w:lang w:val="ru-RU"/>
        </w:rPr>
        <w:t>3. Требования к уровню подготовки пользователя</w:t>
      </w:r>
    </w:p>
    <w:p w14:paraId="68E9F092" w14:textId="77777777" w:rsidR="003E3E57" w:rsidRPr="00C416D8" w:rsidRDefault="003E3E57" w:rsidP="00E3367B">
      <w:pPr>
        <w:spacing w:after="0" w:line="360" w:lineRule="auto"/>
        <w:ind w:firstLine="720"/>
        <w:jc w:val="both"/>
        <w:rPr>
          <w:rFonts w:cs="Times New Roman"/>
          <w:sz w:val="28"/>
          <w:szCs w:val="28"/>
          <w:lang w:val="ru-RU"/>
        </w:rPr>
      </w:pPr>
    </w:p>
    <w:p w14:paraId="71BEFCB5" w14:textId="77777777" w:rsidR="003E3E57" w:rsidRPr="00C416D8" w:rsidRDefault="0021148C" w:rsidP="00E3367B">
      <w:pPr>
        <w:spacing w:after="0" w:line="360" w:lineRule="auto"/>
        <w:ind w:firstLine="720"/>
        <w:jc w:val="both"/>
        <w:rPr>
          <w:rFonts w:cs="Times New Roman"/>
          <w:sz w:val="28"/>
          <w:szCs w:val="28"/>
          <w:lang w:val="ru-RU"/>
        </w:rPr>
      </w:pPr>
      <w:r w:rsidRPr="00C416D8">
        <w:rPr>
          <w:rFonts w:cs="Times New Roman"/>
          <w:sz w:val="28"/>
          <w:szCs w:val="28"/>
          <w:lang w:val="ru-RU"/>
        </w:rPr>
        <w:t>Пользователь, выполняющий развертывание, должен:</w:t>
      </w:r>
    </w:p>
    <w:p w14:paraId="46F1ACA1" w14:textId="77777777" w:rsidR="003E3E57" w:rsidRPr="002E766D" w:rsidRDefault="0021148C" w:rsidP="002E766D">
      <w:pPr>
        <w:pStyle w:val="ae"/>
        <w:numPr>
          <w:ilvl w:val="0"/>
          <w:numId w:val="13"/>
        </w:numPr>
        <w:spacing w:after="0" w:line="360" w:lineRule="auto"/>
        <w:ind w:left="0" w:firstLine="709"/>
        <w:jc w:val="both"/>
        <w:rPr>
          <w:rFonts w:cs="Times New Roman"/>
          <w:sz w:val="28"/>
          <w:szCs w:val="28"/>
          <w:lang w:val="ru-RU"/>
        </w:rPr>
      </w:pPr>
      <w:r w:rsidRPr="002E766D">
        <w:rPr>
          <w:rFonts w:cs="Times New Roman"/>
          <w:sz w:val="28"/>
          <w:szCs w:val="28"/>
          <w:lang w:val="ru-RU"/>
        </w:rPr>
        <w:t xml:space="preserve">уметь открыть терминал </w:t>
      </w:r>
      <w:r w:rsidRPr="002E766D">
        <w:rPr>
          <w:rFonts w:cs="Times New Roman"/>
          <w:sz w:val="28"/>
          <w:szCs w:val="28"/>
        </w:rPr>
        <w:t>Linux</w:t>
      </w:r>
      <w:r w:rsidRPr="002E766D">
        <w:rPr>
          <w:rFonts w:cs="Times New Roman"/>
          <w:sz w:val="28"/>
          <w:szCs w:val="28"/>
          <w:lang w:val="ru-RU"/>
        </w:rPr>
        <w:t>/</w:t>
      </w:r>
      <w:r w:rsidRPr="002E766D">
        <w:rPr>
          <w:rFonts w:cs="Times New Roman"/>
          <w:sz w:val="28"/>
          <w:szCs w:val="28"/>
        </w:rPr>
        <w:t>WSL</w:t>
      </w:r>
      <w:r w:rsidRPr="002E766D">
        <w:rPr>
          <w:rFonts w:cs="Times New Roman"/>
          <w:sz w:val="28"/>
          <w:szCs w:val="28"/>
          <w:lang w:val="ru-RU"/>
        </w:rPr>
        <w:t>;</w:t>
      </w:r>
    </w:p>
    <w:p w14:paraId="40788683" w14:textId="77777777" w:rsidR="003E3E57" w:rsidRPr="002E766D" w:rsidRDefault="0021148C" w:rsidP="002E766D">
      <w:pPr>
        <w:pStyle w:val="ae"/>
        <w:numPr>
          <w:ilvl w:val="0"/>
          <w:numId w:val="13"/>
        </w:numPr>
        <w:spacing w:after="0" w:line="360" w:lineRule="auto"/>
        <w:ind w:left="0" w:firstLine="709"/>
        <w:jc w:val="both"/>
        <w:rPr>
          <w:rFonts w:cs="Times New Roman"/>
          <w:sz w:val="28"/>
          <w:szCs w:val="28"/>
          <w:lang w:val="ru-RU"/>
        </w:rPr>
      </w:pPr>
      <w:r w:rsidRPr="002E766D">
        <w:rPr>
          <w:rFonts w:cs="Times New Roman"/>
          <w:sz w:val="28"/>
          <w:szCs w:val="28"/>
          <w:lang w:val="ru-RU"/>
        </w:rPr>
        <w:t>уметь перейти в каталог проекта;</w:t>
      </w:r>
    </w:p>
    <w:p w14:paraId="6ACD2A40" w14:textId="77777777" w:rsidR="003E3E57" w:rsidRPr="002E766D" w:rsidRDefault="0021148C" w:rsidP="002E766D">
      <w:pPr>
        <w:pStyle w:val="ae"/>
        <w:numPr>
          <w:ilvl w:val="0"/>
          <w:numId w:val="13"/>
        </w:numPr>
        <w:spacing w:after="0" w:line="360" w:lineRule="auto"/>
        <w:ind w:left="0" w:firstLine="709"/>
        <w:jc w:val="both"/>
        <w:rPr>
          <w:rFonts w:cs="Times New Roman"/>
          <w:sz w:val="28"/>
          <w:szCs w:val="28"/>
          <w:lang w:val="ru-RU"/>
        </w:rPr>
      </w:pPr>
      <w:r w:rsidRPr="002E766D">
        <w:rPr>
          <w:rFonts w:cs="Times New Roman"/>
          <w:sz w:val="28"/>
          <w:szCs w:val="28"/>
          <w:lang w:val="ru-RU"/>
        </w:rPr>
        <w:t xml:space="preserve">уметь запускать </w:t>
      </w:r>
      <w:r w:rsidRPr="002E766D">
        <w:rPr>
          <w:rFonts w:cs="Times New Roman"/>
          <w:sz w:val="28"/>
          <w:szCs w:val="28"/>
        </w:rPr>
        <w:t>shell</w:t>
      </w:r>
      <w:r w:rsidRPr="002E766D">
        <w:rPr>
          <w:rFonts w:cs="Times New Roman"/>
          <w:sz w:val="28"/>
          <w:szCs w:val="28"/>
          <w:lang w:val="ru-RU"/>
        </w:rPr>
        <w:t>-скрипты;</w:t>
      </w:r>
    </w:p>
    <w:p w14:paraId="5BDAD135" w14:textId="77777777" w:rsidR="003E3E57" w:rsidRPr="002E766D" w:rsidRDefault="0021148C" w:rsidP="002E766D">
      <w:pPr>
        <w:pStyle w:val="ae"/>
        <w:numPr>
          <w:ilvl w:val="0"/>
          <w:numId w:val="13"/>
        </w:numPr>
        <w:spacing w:after="0" w:line="360" w:lineRule="auto"/>
        <w:ind w:left="0" w:firstLine="709"/>
        <w:jc w:val="both"/>
        <w:rPr>
          <w:rFonts w:cs="Times New Roman"/>
          <w:sz w:val="28"/>
          <w:szCs w:val="28"/>
          <w:lang w:val="ru-RU"/>
        </w:rPr>
      </w:pPr>
      <w:r w:rsidRPr="002E766D">
        <w:rPr>
          <w:rFonts w:cs="Times New Roman"/>
          <w:sz w:val="28"/>
          <w:szCs w:val="28"/>
          <w:lang w:val="ru-RU"/>
        </w:rPr>
        <w:t>понимать, что результатом являются файлы и отчеты, а не графическое приложение.</w:t>
      </w:r>
    </w:p>
    <w:p w14:paraId="7498D71C" w14:textId="77777777" w:rsidR="003E3E57" w:rsidRPr="00E3367B" w:rsidRDefault="0021148C" w:rsidP="00E3367B">
      <w:pPr>
        <w:spacing w:after="0" w:line="360" w:lineRule="auto"/>
        <w:ind w:firstLine="720"/>
        <w:jc w:val="both"/>
        <w:rPr>
          <w:rFonts w:cs="Times New Roman"/>
          <w:sz w:val="28"/>
          <w:szCs w:val="28"/>
          <w:lang w:val="ru-RU"/>
        </w:rPr>
      </w:pPr>
      <w:r w:rsidRPr="00E3367B">
        <w:rPr>
          <w:rFonts w:cs="Times New Roman"/>
          <w:sz w:val="28"/>
          <w:szCs w:val="28"/>
          <w:lang w:val="ru-RU"/>
        </w:rPr>
        <w:t xml:space="preserve">Глубокие знания </w:t>
      </w:r>
      <w:r w:rsidRPr="00E3367B">
        <w:rPr>
          <w:rFonts w:cs="Times New Roman"/>
          <w:sz w:val="28"/>
          <w:szCs w:val="28"/>
        </w:rPr>
        <w:t>Verilog</w:t>
      </w:r>
      <w:r w:rsidRPr="00E3367B">
        <w:rPr>
          <w:rFonts w:cs="Times New Roman"/>
          <w:sz w:val="28"/>
          <w:szCs w:val="28"/>
          <w:lang w:val="ru-RU"/>
        </w:rPr>
        <w:t>, ПЛИС и цифровой обработки сигналов не требуются.</w:t>
      </w:r>
    </w:p>
    <w:p w14:paraId="26814CDA" w14:textId="77777777" w:rsidR="003E3E57" w:rsidRPr="00E3367B" w:rsidRDefault="003E3E57" w:rsidP="00E3367B">
      <w:pPr>
        <w:spacing w:after="0" w:line="360" w:lineRule="auto"/>
        <w:ind w:firstLine="720"/>
        <w:jc w:val="both"/>
        <w:rPr>
          <w:rFonts w:cs="Times New Roman"/>
          <w:sz w:val="28"/>
          <w:szCs w:val="28"/>
          <w:lang w:val="ru-RU"/>
        </w:rPr>
      </w:pPr>
    </w:p>
    <w:p w14:paraId="496E0E74" w14:textId="77777777" w:rsidR="003E3E57" w:rsidRPr="002E766D" w:rsidRDefault="00EF46B0" w:rsidP="00E3367B">
      <w:pPr>
        <w:spacing w:after="0" w:line="360" w:lineRule="auto"/>
        <w:ind w:firstLine="720"/>
        <w:jc w:val="both"/>
        <w:rPr>
          <w:rFonts w:cs="Times New Roman"/>
          <w:b/>
          <w:bCs/>
          <w:sz w:val="28"/>
          <w:szCs w:val="28"/>
          <w:lang w:val="ru-RU"/>
        </w:rPr>
      </w:pPr>
      <w:r>
        <w:rPr>
          <w:rFonts w:cs="Times New Roman"/>
          <w:b/>
          <w:bCs/>
          <w:sz w:val="28"/>
          <w:szCs w:val="28"/>
          <w:lang w:val="ru-RU"/>
        </w:rPr>
        <w:t>1.</w:t>
      </w:r>
      <w:r w:rsidRPr="002E766D">
        <w:rPr>
          <w:rFonts w:cs="Times New Roman"/>
          <w:b/>
          <w:bCs/>
          <w:sz w:val="28"/>
          <w:szCs w:val="28"/>
          <w:lang w:val="ru-RU"/>
        </w:rPr>
        <w:t>4. Требования к среде развертывания</w:t>
      </w:r>
    </w:p>
    <w:p w14:paraId="1E2D4804" w14:textId="77777777" w:rsidR="003E3E57" w:rsidRPr="00E3367B" w:rsidRDefault="003E3E57" w:rsidP="00E3367B">
      <w:pPr>
        <w:spacing w:after="0" w:line="360" w:lineRule="auto"/>
        <w:ind w:firstLine="720"/>
        <w:jc w:val="both"/>
        <w:rPr>
          <w:rFonts w:cs="Times New Roman"/>
          <w:sz w:val="28"/>
          <w:szCs w:val="28"/>
          <w:lang w:val="ru-RU"/>
        </w:rPr>
      </w:pPr>
    </w:p>
    <w:p w14:paraId="4A308D0E" w14:textId="77777777" w:rsidR="003E3E57" w:rsidRPr="002E766D" w:rsidRDefault="0021148C" w:rsidP="00E3367B">
      <w:pPr>
        <w:spacing w:after="0" w:line="360" w:lineRule="auto"/>
        <w:ind w:firstLine="720"/>
        <w:jc w:val="both"/>
        <w:rPr>
          <w:rFonts w:cs="Times New Roman"/>
          <w:sz w:val="28"/>
          <w:szCs w:val="28"/>
          <w:lang w:val="ru-RU"/>
        </w:rPr>
      </w:pPr>
      <w:r w:rsidRPr="002E766D">
        <w:rPr>
          <w:rFonts w:cs="Times New Roman"/>
          <w:sz w:val="28"/>
          <w:szCs w:val="28"/>
          <w:lang w:val="ru-RU"/>
        </w:rPr>
        <w:t>Поддерживаемая программная среда</w:t>
      </w:r>
      <w:r w:rsidR="002E766D" w:rsidRPr="002E766D">
        <w:rPr>
          <w:rFonts w:cs="Times New Roman"/>
          <w:sz w:val="28"/>
          <w:szCs w:val="28"/>
          <w:lang w:val="ru-RU"/>
        </w:rPr>
        <w:t>:</w:t>
      </w:r>
    </w:p>
    <w:p w14:paraId="43A0367D" w14:textId="77777777" w:rsidR="003E3E57" w:rsidRPr="002E766D" w:rsidRDefault="0021148C" w:rsidP="002E766D">
      <w:pPr>
        <w:pStyle w:val="ae"/>
        <w:numPr>
          <w:ilvl w:val="0"/>
          <w:numId w:val="14"/>
        </w:numPr>
        <w:spacing w:after="0" w:line="360" w:lineRule="auto"/>
        <w:ind w:left="0" w:firstLine="709"/>
        <w:jc w:val="both"/>
        <w:rPr>
          <w:rFonts w:cs="Times New Roman"/>
          <w:sz w:val="28"/>
          <w:szCs w:val="28"/>
          <w:lang w:val="ru-RU"/>
        </w:rPr>
      </w:pPr>
      <w:r w:rsidRPr="002E766D">
        <w:rPr>
          <w:rFonts w:cs="Times New Roman"/>
          <w:sz w:val="28"/>
          <w:szCs w:val="28"/>
        </w:rPr>
        <w:t>Ubuntu</w:t>
      </w:r>
      <w:r w:rsidRPr="002E766D">
        <w:rPr>
          <w:rFonts w:cs="Times New Roman"/>
          <w:sz w:val="28"/>
          <w:szCs w:val="28"/>
          <w:lang w:val="ru-RU"/>
        </w:rPr>
        <w:t xml:space="preserve"> </w:t>
      </w:r>
      <w:r w:rsidRPr="002E766D">
        <w:rPr>
          <w:rFonts w:eastAsia="Consolas" w:cs="Times New Roman"/>
          <w:sz w:val="28"/>
          <w:szCs w:val="28"/>
          <w:lang w:val="ru-RU"/>
        </w:rPr>
        <w:t xml:space="preserve">22.04 </w:t>
      </w:r>
      <w:r w:rsidRPr="002E766D">
        <w:rPr>
          <w:rFonts w:eastAsia="Consolas" w:cs="Times New Roman"/>
          <w:sz w:val="28"/>
          <w:szCs w:val="28"/>
        </w:rPr>
        <w:t>LTS</w:t>
      </w:r>
      <w:r w:rsidRPr="002E766D">
        <w:rPr>
          <w:rFonts w:cs="Times New Roman"/>
          <w:sz w:val="28"/>
          <w:szCs w:val="28"/>
          <w:lang w:val="ru-RU"/>
        </w:rPr>
        <w:t xml:space="preserve"> или новее;</w:t>
      </w:r>
    </w:p>
    <w:p w14:paraId="74574288" w14:textId="77777777" w:rsidR="003E3E57" w:rsidRPr="002E766D" w:rsidRDefault="0021148C" w:rsidP="002E766D">
      <w:pPr>
        <w:pStyle w:val="ae"/>
        <w:numPr>
          <w:ilvl w:val="0"/>
          <w:numId w:val="14"/>
        </w:numPr>
        <w:spacing w:after="0" w:line="360" w:lineRule="auto"/>
        <w:ind w:left="0" w:firstLine="709"/>
        <w:jc w:val="both"/>
        <w:rPr>
          <w:rFonts w:cs="Times New Roman"/>
          <w:sz w:val="28"/>
          <w:szCs w:val="28"/>
          <w:lang w:val="ru-RU"/>
        </w:rPr>
      </w:pPr>
      <w:r w:rsidRPr="002E766D">
        <w:rPr>
          <w:rFonts w:cs="Times New Roman"/>
          <w:sz w:val="28"/>
          <w:szCs w:val="28"/>
          <w:lang w:val="ru-RU"/>
        </w:rPr>
        <w:t xml:space="preserve">либо </w:t>
      </w:r>
      <w:r w:rsidRPr="002E766D">
        <w:rPr>
          <w:rFonts w:cs="Times New Roman"/>
          <w:sz w:val="28"/>
          <w:szCs w:val="28"/>
        </w:rPr>
        <w:t>Windows</w:t>
      </w:r>
      <w:r w:rsidRPr="002E766D">
        <w:rPr>
          <w:rFonts w:cs="Times New Roman"/>
          <w:sz w:val="28"/>
          <w:szCs w:val="28"/>
          <w:lang w:val="ru-RU"/>
        </w:rPr>
        <w:t xml:space="preserve"> с настроенным </w:t>
      </w:r>
      <w:r w:rsidRPr="002E766D">
        <w:rPr>
          <w:rFonts w:eastAsia="Consolas" w:cs="Times New Roman"/>
          <w:sz w:val="28"/>
          <w:szCs w:val="28"/>
        </w:rPr>
        <w:t>WSL</w:t>
      </w:r>
      <w:r w:rsidRPr="002E766D">
        <w:rPr>
          <w:rFonts w:eastAsia="Consolas" w:cs="Times New Roman"/>
          <w:sz w:val="28"/>
          <w:szCs w:val="28"/>
          <w:lang w:val="ru-RU"/>
        </w:rPr>
        <w:t>2</w:t>
      </w:r>
      <w:r w:rsidRPr="002E766D">
        <w:rPr>
          <w:rFonts w:cs="Times New Roman"/>
          <w:sz w:val="28"/>
          <w:szCs w:val="28"/>
          <w:lang w:val="ru-RU"/>
        </w:rPr>
        <w:t xml:space="preserve"> и </w:t>
      </w:r>
      <w:r w:rsidRPr="002E766D">
        <w:rPr>
          <w:rFonts w:cs="Times New Roman"/>
          <w:sz w:val="28"/>
          <w:szCs w:val="28"/>
        </w:rPr>
        <w:t>Ubuntu</w:t>
      </w:r>
      <w:r w:rsidRPr="002E766D">
        <w:rPr>
          <w:rFonts w:cs="Times New Roman"/>
          <w:sz w:val="28"/>
          <w:szCs w:val="28"/>
          <w:lang w:val="ru-RU"/>
        </w:rPr>
        <w:t>;</w:t>
      </w:r>
    </w:p>
    <w:p w14:paraId="52A0558A" w14:textId="77777777" w:rsidR="003E3E57" w:rsidRPr="002E766D" w:rsidRDefault="0021148C" w:rsidP="002E766D">
      <w:pPr>
        <w:pStyle w:val="ae"/>
        <w:numPr>
          <w:ilvl w:val="0"/>
          <w:numId w:val="14"/>
        </w:numPr>
        <w:spacing w:after="0" w:line="360" w:lineRule="auto"/>
        <w:ind w:left="0" w:firstLine="709"/>
        <w:jc w:val="both"/>
        <w:rPr>
          <w:rFonts w:cs="Times New Roman"/>
          <w:sz w:val="28"/>
          <w:szCs w:val="28"/>
        </w:rPr>
      </w:pPr>
      <w:r w:rsidRPr="002E766D">
        <w:rPr>
          <w:rFonts w:eastAsia="Consolas" w:cs="Times New Roman"/>
          <w:sz w:val="28"/>
          <w:szCs w:val="28"/>
        </w:rPr>
        <w:t>bash</w:t>
      </w:r>
      <w:r w:rsidRPr="002E766D">
        <w:rPr>
          <w:rFonts w:cs="Times New Roman"/>
          <w:sz w:val="28"/>
          <w:szCs w:val="28"/>
        </w:rPr>
        <w:t>;</w:t>
      </w:r>
    </w:p>
    <w:p w14:paraId="6BFE6BF7" w14:textId="77777777" w:rsidR="003E3E57" w:rsidRPr="002E766D" w:rsidRDefault="0021148C" w:rsidP="002E766D">
      <w:pPr>
        <w:pStyle w:val="ae"/>
        <w:numPr>
          <w:ilvl w:val="0"/>
          <w:numId w:val="14"/>
        </w:numPr>
        <w:spacing w:after="0" w:line="360" w:lineRule="auto"/>
        <w:ind w:left="0" w:firstLine="709"/>
        <w:jc w:val="both"/>
        <w:rPr>
          <w:rFonts w:cs="Times New Roman"/>
          <w:sz w:val="28"/>
          <w:szCs w:val="28"/>
        </w:rPr>
      </w:pPr>
      <w:r w:rsidRPr="002E766D">
        <w:rPr>
          <w:rFonts w:eastAsia="Consolas" w:cs="Times New Roman"/>
          <w:sz w:val="28"/>
          <w:szCs w:val="28"/>
        </w:rPr>
        <w:lastRenderedPageBreak/>
        <w:t>Icarus Verilog 12.0</w:t>
      </w:r>
      <w:r w:rsidRPr="002E766D">
        <w:rPr>
          <w:rFonts w:cs="Times New Roman"/>
          <w:sz w:val="28"/>
          <w:szCs w:val="28"/>
        </w:rPr>
        <w:t xml:space="preserve"> </w:t>
      </w:r>
      <w:proofErr w:type="spellStart"/>
      <w:r w:rsidRPr="002E766D">
        <w:rPr>
          <w:rFonts w:cs="Times New Roman"/>
          <w:sz w:val="28"/>
          <w:szCs w:val="28"/>
        </w:rPr>
        <w:t>или</w:t>
      </w:r>
      <w:proofErr w:type="spellEnd"/>
      <w:r w:rsidRPr="002E766D">
        <w:rPr>
          <w:rFonts w:cs="Times New Roman"/>
          <w:sz w:val="28"/>
          <w:szCs w:val="28"/>
        </w:rPr>
        <w:t xml:space="preserve"> </w:t>
      </w:r>
      <w:proofErr w:type="spellStart"/>
      <w:r w:rsidRPr="002E766D">
        <w:rPr>
          <w:rFonts w:cs="Times New Roman"/>
          <w:sz w:val="28"/>
          <w:szCs w:val="28"/>
        </w:rPr>
        <w:t>новее</w:t>
      </w:r>
      <w:proofErr w:type="spellEnd"/>
      <w:r w:rsidRPr="002E766D">
        <w:rPr>
          <w:rFonts w:cs="Times New Roman"/>
          <w:sz w:val="28"/>
          <w:szCs w:val="28"/>
        </w:rPr>
        <w:t>;</w:t>
      </w:r>
    </w:p>
    <w:p w14:paraId="1A80E4F5" w14:textId="77777777" w:rsidR="003E3E57" w:rsidRPr="002E766D" w:rsidRDefault="0021148C" w:rsidP="002E766D">
      <w:pPr>
        <w:pStyle w:val="ae"/>
        <w:numPr>
          <w:ilvl w:val="0"/>
          <w:numId w:val="14"/>
        </w:numPr>
        <w:spacing w:after="0" w:line="360" w:lineRule="auto"/>
        <w:ind w:left="0" w:firstLine="709"/>
        <w:jc w:val="both"/>
        <w:rPr>
          <w:rFonts w:cs="Times New Roman"/>
          <w:sz w:val="28"/>
          <w:szCs w:val="28"/>
        </w:rPr>
      </w:pPr>
      <w:r w:rsidRPr="002E766D">
        <w:rPr>
          <w:rFonts w:eastAsia="Consolas" w:cs="Times New Roman"/>
          <w:sz w:val="28"/>
          <w:szCs w:val="28"/>
        </w:rPr>
        <w:t>python3</w:t>
      </w:r>
      <w:r w:rsidRPr="002E766D">
        <w:rPr>
          <w:rFonts w:cs="Times New Roman"/>
          <w:sz w:val="28"/>
          <w:szCs w:val="28"/>
        </w:rPr>
        <w:t>;</w:t>
      </w:r>
    </w:p>
    <w:p w14:paraId="5DDC5927" w14:textId="77777777" w:rsidR="003E3E57" w:rsidRPr="002E766D" w:rsidRDefault="0021148C" w:rsidP="002E766D">
      <w:pPr>
        <w:pStyle w:val="ae"/>
        <w:numPr>
          <w:ilvl w:val="0"/>
          <w:numId w:val="14"/>
        </w:numPr>
        <w:spacing w:after="0" w:line="360" w:lineRule="auto"/>
        <w:ind w:left="0" w:firstLine="709"/>
        <w:jc w:val="both"/>
        <w:rPr>
          <w:rFonts w:cs="Times New Roman"/>
          <w:sz w:val="28"/>
          <w:szCs w:val="28"/>
        </w:rPr>
      </w:pPr>
      <w:proofErr w:type="spellStart"/>
      <w:r w:rsidRPr="002E766D">
        <w:rPr>
          <w:rFonts w:eastAsia="Consolas" w:cs="Times New Roman"/>
          <w:sz w:val="28"/>
          <w:szCs w:val="28"/>
        </w:rPr>
        <w:t>numpy</w:t>
      </w:r>
      <w:proofErr w:type="spellEnd"/>
      <w:r w:rsidRPr="002E766D">
        <w:rPr>
          <w:rFonts w:cs="Times New Roman"/>
          <w:sz w:val="28"/>
          <w:szCs w:val="28"/>
        </w:rPr>
        <w:t>;</w:t>
      </w:r>
    </w:p>
    <w:p w14:paraId="69551850" w14:textId="77777777" w:rsidR="003E3E57" w:rsidRPr="002E766D" w:rsidRDefault="0021148C" w:rsidP="002E766D">
      <w:pPr>
        <w:pStyle w:val="ae"/>
        <w:numPr>
          <w:ilvl w:val="0"/>
          <w:numId w:val="14"/>
        </w:numPr>
        <w:spacing w:after="0" w:line="360" w:lineRule="auto"/>
        <w:ind w:left="0" w:firstLine="709"/>
        <w:jc w:val="both"/>
        <w:rPr>
          <w:rFonts w:cs="Times New Roman"/>
          <w:sz w:val="28"/>
          <w:szCs w:val="28"/>
        </w:rPr>
      </w:pPr>
      <w:r w:rsidRPr="002E766D">
        <w:rPr>
          <w:rFonts w:eastAsia="Consolas" w:cs="Times New Roman"/>
          <w:sz w:val="28"/>
          <w:szCs w:val="28"/>
        </w:rPr>
        <w:t>matplotlib</w:t>
      </w:r>
      <w:r w:rsidRPr="002E766D">
        <w:rPr>
          <w:rFonts w:cs="Times New Roman"/>
          <w:sz w:val="28"/>
          <w:szCs w:val="28"/>
        </w:rPr>
        <w:t>.</w:t>
      </w:r>
    </w:p>
    <w:p w14:paraId="0092AB87" w14:textId="77777777" w:rsidR="003E3E57" w:rsidRPr="002E766D" w:rsidRDefault="0021148C" w:rsidP="00E3367B">
      <w:pPr>
        <w:spacing w:after="0" w:line="360" w:lineRule="auto"/>
        <w:ind w:firstLine="720"/>
        <w:jc w:val="both"/>
        <w:rPr>
          <w:rFonts w:cs="Times New Roman"/>
          <w:sz w:val="28"/>
          <w:szCs w:val="28"/>
          <w:lang w:val="ru-RU"/>
        </w:rPr>
      </w:pPr>
      <w:r w:rsidRPr="002E766D">
        <w:rPr>
          <w:rFonts w:cs="Times New Roman"/>
          <w:sz w:val="28"/>
          <w:szCs w:val="28"/>
          <w:lang w:val="ru-RU"/>
        </w:rPr>
        <w:t>Рекомендуемые аппаратные ресурсы</w:t>
      </w:r>
      <w:r w:rsidR="002E766D">
        <w:rPr>
          <w:rFonts w:cs="Times New Roman"/>
          <w:sz w:val="28"/>
          <w:szCs w:val="28"/>
          <w:lang w:val="ru-RU"/>
        </w:rPr>
        <w:t>:</w:t>
      </w:r>
    </w:p>
    <w:p w14:paraId="15CB1431" w14:textId="77777777" w:rsidR="003E3E57" w:rsidRPr="002E766D" w:rsidRDefault="0021148C" w:rsidP="002E766D">
      <w:pPr>
        <w:pStyle w:val="ae"/>
        <w:numPr>
          <w:ilvl w:val="0"/>
          <w:numId w:val="15"/>
        </w:numPr>
        <w:spacing w:after="0" w:line="360" w:lineRule="auto"/>
        <w:ind w:left="0" w:firstLine="709"/>
        <w:jc w:val="both"/>
        <w:rPr>
          <w:rFonts w:cs="Times New Roman"/>
          <w:sz w:val="28"/>
          <w:szCs w:val="28"/>
          <w:lang w:val="ru-RU"/>
        </w:rPr>
      </w:pPr>
      <w:r w:rsidRPr="002E766D">
        <w:rPr>
          <w:rFonts w:cs="Times New Roman"/>
          <w:sz w:val="28"/>
          <w:szCs w:val="28"/>
          <w:lang w:val="ru-RU"/>
        </w:rPr>
        <w:t xml:space="preserve">процессор уровня </w:t>
      </w:r>
      <w:r w:rsidRPr="002E766D">
        <w:rPr>
          <w:rFonts w:cs="Times New Roman"/>
          <w:sz w:val="28"/>
          <w:szCs w:val="28"/>
        </w:rPr>
        <w:t>Intel</w:t>
      </w:r>
      <w:r w:rsidRPr="002E766D">
        <w:rPr>
          <w:rFonts w:cs="Times New Roman"/>
          <w:sz w:val="28"/>
          <w:szCs w:val="28"/>
          <w:lang w:val="ru-RU"/>
        </w:rPr>
        <w:t xml:space="preserve"> </w:t>
      </w:r>
      <w:r w:rsidRPr="002E766D">
        <w:rPr>
          <w:rFonts w:cs="Times New Roman"/>
          <w:sz w:val="28"/>
          <w:szCs w:val="28"/>
        </w:rPr>
        <w:t>Core</w:t>
      </w:r>
      <w:r w:rsidRPr="002E766D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2E766D">
        <w:rPr>
          <w:rFonts w:cs="Times New Roman"/>
          <w:sz w:val="28"/>
          <w:szCs w:val="28"/>
        </w:rPr>
        <w:t>i</w:t>
      </w:r>
      <w:proofErr w:type="spellEnd"/>
      <w:r w:rsidRPr="002E766D">
        <w:rPr>
          <w:rFonts w:cs="Times New Roman"/>
          <w:sz w:val="28"/>
          <w:szCs w:val="28"/>
          <w:lang w:val="ru-RU"/>
        </w:rPr>
        <w:t>5 или выше;</w:t>
      </w:r>
    </w:p>
    <w:p w14:paraId="2AD24D7B" w14:textId="77777777" w:rsidR="003E3E57" w:rsidRPr="002E766D" w:rsidRDefault="0021148C" w:rsidP="002E766D">
      <w:pPr>
        <w:pStyle w:val="ae"/>
        <w:numPr>
          <w:ilvl w:val="0"/>
          <w:numId w:val="15"/>
        </w:numPr>
        <w:spacing w:after="0" w:line="360" w:lineRule="auto"/>
        <w:ind w:left="0" w:firstLine="709"/>
        <w:jc w:val="both"/>
        <w:rPr>
          <w:rFonts w:cs="Times New Roman"/>
          <w:sz w:val="28"/>
          <w:szCs w:val="28"/>
          <w:lang w:val="ru-RU"/>
        </w:rPr>
      </w:pPr>
      <w:r w:rsidRPr="002E766D">
        <w:rPr>
          <w:rFonts w:cs="Times New Roman"/>
          <w:sz w:val="28"/>
          <w:szCs w:val="28"/>
          <w:lang w:val="ru-RU"/>
        </w:rPr>
        <w:t xml:space="preserve">оперативная память от </w:t>
      </w:r>
      <w:r w:rsidRPr="002E766D">
        <w:rPr>
          <w:rFonts w:eastAsia="Consolas" w:cs="Times New Roman"/>
          <w:sz w:val="28"/>
          <w:szCs w:val="28"/>
          <w:lang w:val="ru-RU"/>
        </w:rPr>
        <w:t>4 ГБ</w:t>
      </w:r>
      <w:r w:rsidRPr="002E766D">
        <w:rPr>
          <w:rFonts w:cs="Times New Roman"/>
          <w:sz w:val="28"/>
          <w:szCs w:val="28"/>
          <w:lang w:val="ru-RU"/>
        </w:rPr>
        <w:t>;</w:t>
      </w:r>
    </w:p>
    <w:p w14:paraId="60F33712" w14:textId="77777777" w:rsidR="003E3E57" w:rsidRDefault="0021148C" w:rsidP="002E766D">
      <w:pPr>
        <w:pStyle w:val="ae"/>
        <w:numPr>
          <w:ilvl w:val="0"/>
          <w:numId w:val="15"/>
        </w:numPr>
        <w:spacing w:after="0" w:line="360" w:lineRule="auto"/>
        <w:ind w:left="0" w:firstLine="709"/>
        <w:jc w:val="both"/>
        <w:rPr>
          <w:rFonts w:cs="Times New Roman"/>
          <w:sz w:val="28"/>
          <w:szCs w:val="28"/>
          <w:lang w:val="ru-RU"/>
        </w:rPr>
      </w:pPr>
      <w:r w:rsidRPr="002E766D">
        <w:rPr>
          <w:rFonts w:cs="Times New Roman"/>
          <w:sz w:val="28"/>
          <w:szCs w:val="28"/>
          <w:lang w:val="ru-RU"/>
        </w:rPr>
        <w:t xml:space="preserve">свободное место на диске от </w:t>
      </w:r>
      <w:r w:rsidRPr="002E766D">
        <w:rPr>
          <w:rFonts w:eastAsia="Consolas" w:cs="Times New Roman"/>
          <w:sz w:val="28"/>
          <w:szCs w:val="28"/>
          <w:lang w:val="ru-RU"/>
        </w:rPr>
        <w:t>500 МБ</w:t>
      </w:r>
      <w:r w:rsidRPr="002E766D">
        <w:rPr>
          <w:rFonts w:cs="Times New Roman"/>
          <w:sz w:val="28"/>
          <w:szCs w:val="28"/>
          <w:lang w:val="ru-RU"/>
        </w:rPr>
        <w:t>.</w:t>
      </w:r>
    </w:p>
    <w:p w14:paraId="6D948564" w14:textId="77777777" w:rsidR="009058F8" w:rsidRPr="002E766D" w:rsidRDefault="009058F8" w:rsidP="009058F8">
      <w:pPr>
        <w:pStyle w:val="ae"/>
        <w:spacing w:after="0" w:line="360" w:lineRule="auto"/>
        <w:ind w:left="709"/>
        <w:jc w:val="both"/>
        <w:rPr>
          <w:rFonts w:cs="Times New Roman"/>
          <w:sz w:val="28"/>
          <w:szCs w:val="28"/>
          <w:lang w:val="ru-RU"/>
        </w:rPr>
      </w:pPr>
    </w:p>
    <w:p w14:paraId="75CE395F" w14:textId="77777777" w:rsidR="009058F8" w:rsidRPr="009058F8" w:rsidRDefault="009058F8" w:rsidP="009058F8">
      <w:pPr>
        <w:spacing w:after="0" w:line="360" w:lineRule="auto"/>
        <w:ind w:firstLine="720"/>
        <w:jc w:val="both"/>
        <w:rPr>
          <w:rFonts w:cs="Times New Roman"/>
          <w:b/>
          <w:bCs/>
          <w:sz w:val="28"/>
          <w:szCs w:val="28"/>
          <w:lang w:val="ru-RU"/>
        </w:rPr>
      </w:pPr>
      <w:r w:rsidRPr="009058F8">
        <w:rPr>
          <w:rFonts w:cs="Times New Roman"/>
          <w:b/>
          <w:bCs/>
          <w:sz w:val="28"/>
          <w:szCs w:val="28"/>
          <w:lang w:val="ru-RU"/>
        </w:rPr>
        <w:t>2 Назначения и условия применения</w:t>
      </w:r>
    </w:p>
    <w:p w14:paraId="037BEF05" w14:textId="77777777" w:rsidR="003E3E57" w:rsidRPr="009058F8" w:rsidRDefault="009058F8" w:rsidP="009058F8">
      <w:pPr>
        <w:spacing w:after="0" w:line="360" w:lineRule="auto"/>
        <w:ind w:firstLine="720"/>
        <w:jc w:val="both"/>
        <w:rPr>
          <w:rFonts w:cs="Times New Roman"/>
          <w:b/>
          <w:bCs/>
          <w:sz w:val="28"/>
          <w:szCs w:val="28"/>
          <w:lang w:val="ru-RU"/>
        </w:rPr>
      </w:pPr>
      <w:r w:rsidRPr="009058F8">
        <w:rPr>
          <w:rFonts w:cs="Times New Roman"/>
          <w:b/>
          <w:bCs/>
          <w:sz w:val="28"/>
          <w:szCs w:val="28"/>
          <w:lang w:val="ru-RU"/>
        </w:rPr>
        <w:t>2.1</w:t>
      </w:r>
      <w:r w:rsidRPr="009058F8">
        <w:rPr>
          <w:rFonts w:cs="Times New Roman"/>
          <w:b/>
          <w:bCs/>
          <w:sz w:val="28"/>
          <w:szCs w:val="28"/>
          <w:lang w:val="ru-RU"/>
        </w:rPr>
        <w:tab/>
        <w:t>Назначение</w:t>
      </w:r>
    </w:p>
    <w:p w14:paraId="448D4FE2" w14:textId="77777777" w:rsidR="009058F8" w:rsidRPr="009058F8" w:rsidRDefault="009058F8" w:rsidP="00E3367B">
      <w:pPr>
        <w:spacing w:after="0" w:line="360" w:lineRule="auto"/>
        <w:ind w:firstLine="720"/>
        <w:jc w:val="both"/>
        <w:rPr>
          <w:rFonts w:cs="Times New Roman"/>
          <w:sz w:val="28"/>
          <w:szCs w:val="28"/>
          <w:lang w:val="ru-RU"/>
        </w:rPr>
      </w:pPr>
    </w:p>
    <w:p w14:paraId="7C3E6C5C" w14:textId="77777777" w:rsidR="009058F8" w:rsidRPr="009058F8" w:rsidRDefault="009058F8" w:rsidP="009058F8">
      <w:pPr>
        <w:spacing w:after="0" w:line="360" w:lineRule="auto"/>
        <w:ind w:firstLine="720"/>
        <w:jc w:val="both"/>
        <w:rPr>
          <w:rFonts w:cs="Times New Roman"/>
          <w:sz w:val="28"/>
          <w:szCs w:val="28"/>
          <w:lang w:val="ru-RU"/>
        </w:rPr>
      </w:pPr>
      <w:r w:rsidRPr="009058F8">
        <w:rPr>
          <w:rFonts w:cs="Times New Roman"/>
          <w:sz w:val="28"/>
          <w:szCs w:val="28"/>
          <w:lang w:val="ru-RU"/>
        </w:rPr>
        <w:t>Программа предназначена для:</w:t>
      </w:r>
    </w:p>
    <w:p w14:paraId="01D00EC5" w14:textId="77777777" w:rsidR="009058F8" w:rsidRPr="009058F8" w:rsidRDefault="009058F8" w:rsidP="009058F8">
      <w:pPr>
        <w:pStyle w:val="ae"/>
        <w:numPr>
          <w:ilvl w:val="0"/>
          <w:numId w:val="24"/>
        </w:numPr>
        <w:spacing w:after="0" w:line="360" w:lineRule="auto"/>
        <w:ind w:left="0" w:firstLine="709"/>
        <w:jc w:val="both"/>
        <w:rPr>
          <w:rFonts w:cs="Times New Roman"/>
          <w:sz w:val="28"/>
          <w:szCs w:val="28"/>
          <w:lang w:val="ru-RU"/>
        </w:rPr>
      </w:pPr>
      <w:r w:rsidRPr="009058F8">
        <w:rPr>
          <w:rFonts w:cs="Times New Roman"/>
          <w:sz w:val="28"/>
          <w:szCs w:val="28"/>
          <w:lang w:val="ru-RU"/>
        </w:rPr>
        <w:t>формирования цифрового сигнала с прямым расширением спектра;</w:t>
      </w:r>
    </w:p>
    <w:p w14:paraId="25D34D19" w14:textId="77777777" w:rsidR="009058F8" w:rsidRPr="009058F8" w:rsidRDefault="009058F8" w:rsidP="009058F8">
      <w:pPr>
        <w:pStyle w:val="ae"/>
        <w:numPr>
          <w:ilvl w:val="0"/>
          <w:numId w:val="24"/>
        </w:numPr>
        <w:spacing w:after="0" w:line="360" w:lineRule="auto"/>
        <w:ind w:left="0" w:firstLine="709"/>
        <w:jc w:val="both"/>
        <w:rPr>
          <w:rFonts w:cs="Times New Roman"/>
          <w:sz w:val="28"/>
          <w:szCs w:val="28"/>
          <w:lang w:val="ru-RU"/>
        </w:rPr>
      </w:pPr>
      <w:r w:rsidRPr="009058F8">
        <w:rPr>
          <w:rFonts w:cs="Times New Roman"/>
          <w:sz w:val="28"/>
          <w:szCs w:val="28"/>
          <w:lang w:val="ru-RU"/>
        </w:rPr>
        <w:t xml:space="preserve">моделирования работы модулятора в среде </w:t>
      </w:r>
      <w:proofErr w:type="spellStart"/>
      <w:r w:rsidRPr="009058F8">
        <w:rPr>
          <w:rFonts w:cs="Times New Roman"/>
          <w:sz w:val="28"/>
          <w:szCs w:val="28"/>
          <w:lang w:val="ru-RU"/>
        </w:rPr>
        <w:t>Icarus</w:t>
      </w:r>
      <w:proofErr w:type="spellEnd"/>
      <w:r w:rsidRPr="009058F8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9058F8">
        <w:rPr>
          <w:rFonts w:cs="Times New Roman"/>
          <w:sz w:val="28"/>
          <w:szCs w:val="28"/>
          <w:lang w:val="ru-RU"/>
        </w:rPr>
        <w:t>Verilog</w:t>
      </w:r>
      <w:proofErr w:type="spellEnd"/>
      <w:r w:rsidRPr="009058F8">
        <w:rPr>
          <w:rFonts w:cs="Times New Roman"/>
          <w:sz w:val="28"/>
          <w:szCs w:val="28"/>
          <w:lang w:val="ru-RU"/>
        </w:rPr>
        <w:t>;</w:t>
      </w:r>
    </w:p>
    <w:p w14:paraId="36416E09" w14:textId="77777777" w:rsidR="009058F8" w:rsidRPr="009058F8" w:rsidRDefault="009058F8" w:rsidP="009058F8">
      <w:pPr>
        <w:pStyle w:val="ae"/>
        <w:numPr>
          <w:ilvl w:val="0"/>
          <w:numId w:val="24"/>
        </w:numPr>
        <w:spacing w:after="0" w:line="360" w:lineRule="auto"/>
        <w:ind w:left="0" w:firstLine="709"/>
        <w:jc w:val="both"/>
        <w:rPr>
          <w:rFonts w:cs="Times New Roman"/>
          <w:sz w:val="28"/>
          <w:szCs w:val="28"/>
          <w:lang w:val="ru-RU"/>
        </w:rPr>
      </w:pPr>
      <w:r w:rsidRPr="009058F8">
        <w:rPr>
          <w:rFonts w:cs="Times New Roman"/>
          <w:sz w:val="28"/>
          <w:szCs w:val="28"/>
          <w:lang w:val="ru-RU"/>
        </w:rPr>
        <w:t>контроля выходных данных по готовым сценариям;</w:t>
      </w:r>
    </w:p>
    <w:p w14:paraId="0727115C" w14:textId="77777777" w:rsidR="009058F8" w:rsidRPr="009058F8" w:rsidRDefault="009058F8" w:rsidP="009058F8">
      <w:pPr>
        <w:pStyle w:val="ae"/>
        <w:numPr>
          <w:ilvl w:val="0"/>
          <w:numId w:val="24"/>
        </w:numPr>
        <w:spacing w:after="0" w:line="360" w:lineRule="auto"/>
        <w:ind w:left="0" w:firstLine="709"/>
        <w:jc w:val="both"/>
        <w:rPr>
          <w:rFonts w:cs="Times New Roman"/>
          <w:sz w:val="28"/>
          <w:szCs w:val="28"/>
          <w:lang w:val="ru-RU"/>
        </w:rPr>
      </w:pPr>
      <w:r w:rsidRPr="009058F8">
        <w:rPr>
          <w:rFonts w:cs="Times New Roman"/>
          <w:sz w:val="28"/>
          <w:szCs w:val="28"/>
          <w:lang w:val="ru-RU"/>
        </w:rPr>
        <w:t>сохранения результатов в табличном и графическом виде.</w:t>
      </w:r>
    </w:p>
    <w:p w14:paraId="00D1B1D8" w14:textId="77777777" w:rsidR="009058F8" w:rsidRPr="009058F8" w:rsidRDefault="009058F8" w:rsidP="009058F8">
      <w:pPr>
        <w:spacing w:after="0" w:line="360" w:lineRule="auto"/>
        <w:ind w:firstLine="720"/>
        <w:jc w:val="both"/>
        <w:rPr>
          <w:rFonts w:cs="Times New Roman"/>
          <w:sz w:val="28"/>
          <w:szCs w:val="28"/>
          <w:lang w:val="ru-RU"/>
        </w:rPr>
      </w:pPr>
      <w:r w:rsidRPr="009058F8">
        <w:rPr>
          <w:rFonts w:cs="Times New Roman"/>
          <w:sz w:val="28"/>
          <w:szCs w:val="28"/>
          <w:lang w:val="ru-RU"/>
        </w:rPr>
        <w:t>Программа применяется как воспроизводимый программный комплект для проверки HDL-модуля на ЭВМ до его использования в составе аппаратной реализации.</w:t>
      </w:r>
    </w:p>
    <w:p w14:paraId="07A06086" w14:textId="77777777" w:rsidR="009058F8" w:rsidRPr="009058F8" w:rsidRDefault="00033AEE" w:rsidP="009058F8">
      <w:pPr>
        <w:spacing w:after="0" w:line="360" w:lineRule="auto"/>
        <w:ind w:firstLine="720"/>
        <w:jc w:val="both"/>
        <w:rPr>
          <w:rFonts w:cs="Times New Roman"/>
          <w:sz w:val="28"/>
          <w:szCs w:val="28"/>
          <w:lang w:val="ru-RU"/>
        </w:rPr>
      </w:pPr>
      <w:r>
        <w:rPr>
          <w:rFonts w:cs="Times New Roman"/>
          <w:sz w:val="28"/>
          <w:szCs w:val="28"/>
          <w:lang w:val="ru-RU"/>
        </w:rPr>
        <w:t>Функции РПМ:</w:t>
      </w:r>
    </w:p>
    <w:p w14:paraId="2EA398DF" w14:textId="77777777" w:rsidR="009058F8" w:rsidRPr="009058F8" w:rsidRDefault="009058F8" w:rsidP="009058F8">
      <w:pPr>
        <w:spacing w:after="0" w:line="360" w:lineRule="auto"/>
        <w:ind w:firstLine="720"/>
        <w:jc w:val="both"/>
        <w:rPr>
          <w:rFonts w:cs="Times New Roman"/>
          <w:sz w:val="28"/>
          <w:szCs w:val="28"/>
          <w:lang w:val="ru-RU"/>
        </w:rPr>
      </w:pPr>
      <w:r w:rsidRPr="009058F8">
        <w:rPr>
          <w:rFonts w:cs="Times New Roman"/>
          <w:sz w:val="28"/>
          <w:szCs w:val="28"/>
          <w:lang w:val="ru-RU"/>
        </w:rPr>
        <w:t>1.</w:t>
      </w:r>
      <w:r w:rsidRPr="009058F8">
        <w:rPr>
          <w:rFonts w:cs="Times New Roman"/>
          <w:sz w:val="28"/>
          <w:szCs w:val="28"/>
          <w:lang w:val="ru-RU"/>
        </w:rPr>
        <w:tab/>
      </w:r>
      <w:r>
        <w:rPr>
          <w:rFonts w:cs="Times New Roman"/>
          <w:sz w:val="28"/>
          <w:szCs w:val="28"/>
          <w:lang w:val="ru-RU"/>
        </w:rPr>
        <w:t>П</w:t>
      </w:r>
      <w:r w:rsidRPr="009058F8">
        <w:rPr>
          <w:rFonts w:cs="Times New Roman"/>
          <w:sz w:val="28"/>
          <w:szCs w:val="28"/>
          <w:lang w:val="ru-RU"/>
        </w:rPr>
        <w:t>рием входного битового потока из файлового источника;</w:t>
      </w:r>
    </w:p>
    <w:p w14:paraId="552C7E16" w14:textId="77777777" w:rsidR="009058F8" w:rsidRPr="009058F8" w:rsidRDefault="009058F8" w:rsidP="009058F8">
      <w:pPr>
        <w:spacing w:after="0" w:line="360" w:lineRule="auto"/>
        <w:ind w:firstLine="720"/>
        <w:jc w:val="both"/>
        <w:rPr>
          <w:rFonts w:cs="Times New Roman"/>
          <w:sz w:val="28"/>
          <w:szCs w:val="28"/>
          <w:lang w:val="ru-RU"/>
        </w:rPr>
      </w:pPr>
      <w:r w:rsidRPr="009058F8">
        <w:rPr>
          <w:rFonts w:cs="Times New Roman"/>
          <w:sz w:val="28"/>
          <w:szCs w:val="28"/>
          <w:lang w:val="ru-RU"/>
        </w:rPr>
        <w:t>2.</w:t>
      </w:r>
      <w:r w:rsidRPr="009058F8">
        <w:rPr>
          <w:rFonts w:cs="Times New Roman"/>
          <w:sz w:val="28"/>
          <w:szCs w:val="28"/>
          <w:lang w:val="ru-RU"/>
        </w:rPr>
        <w:tab/>
      </w:r>
      <w:r>
        <w:rPr>
          <w:rFonts w:cs="Times New Roman"/>
          <w:sz w:val="28"/>
          <w:szCs w:val="28"/>
          <w:lang w:val="ru-RU"/>
        </w:rPr>
        <w:t>П</w:t>
      </w:r>
      <w:r w:rsidRPr="009058F8">
        <w:rPr>
          <w:rFonts w:cs="Times New Roman"/>
          <w:sz w:val="28"/>
          <w:szCs w:val="28"/>
          <w:lang w:val="ru-RU"/>
        </w:rPr>
        <w:t>одачу сигнала начала пакета;</w:t>
      </w:r>
    </w:p>
    <w:p w14:paraId="26EDF6BC" w14:textId="77777777" w:rsidR="009058F8" w:rsidRPr="009058F8" w:rsidRDefault="009058F8" w:rsidP="009058F8">
      <w:pPr>
        <w:spacing w:after="0" w:line="360" w:lineRule="auto"/>
        <w:ind w:firstLine="720"/>
        <w:jc w:val="both"/>
        <w:rPr>
          <w:rFonts w:cs="Times New Roman"/>
          <w:sz w:val="28"/>
          <w:szCs w:val="28"/>
          <w:lang w:val="ru-RU"/>
        </w:rPr>
      </w:pPr>
      <w:r w:rsidRPr="009058F8">
        <w:rPr>
          <w:rFonts w:cs="Times New Roman"/>
          <w:sz w:val="28"/>
          <w:szCs w:val="28"/>
          <w:lang w:val="ru-RU"/>
        </w:rPr>
        <w:lastRenderedPageBreak/>
        <w:t>3.</w:t>
      </w:r>
      <w:r w:rsidRPr="009058F8">
        <w:rPr>
          <w:rFonts w:cs="Times New Roman"/>
          <w:sz w:val="28"/>
          <w:szCs w:val="28"/>
          <w:lang w:val="ru-RU"/>
        </w:rPr>
        <w:tab/>
      </w:r>
      <w:r>
        <w:rPr>
          <w:rFonts w:cs="Times New Roman"/>
          <w:sz w:val="28"/>
          <w:szCs w:val="28"/>
          <w:lang w:val="ru-RU"/>
        </w:rPr>
        <w:t>П</w:t>
      </w:r>
      <w:r w:rsidRPr="009058F8">
        <w:rPr>
          <w:rFonts w:cs="Times New Roman"/>
          <w:sz w:val="28"/>
          <w:szCs w:val="28"/>
          <w:lang w:val="ru-RU"/>
        </w:rPr>
        <w:t>араметризацию модуля по символьной скорости, коэффициенту расширения спектра, длине кодированного блока, количеству кодовых блоков и межпакетной паузе;</w:t>
      </w:r>
    </w:p>
    <w:p w14:paraId="121F5946" w14:textId="77777777" w:rsidR="009058F8" w:rsidRPr="009058F8" w:rsidRDefault="009058F8" w:rsidP="009058F8">
      <w:pPr>
        <w:spacing w:after="0" w:line="360" w:lineRule="auto"/>
        <w:ind w:firstLine="720"/>
        <w:jc w:val="both"/>
        <w:rPr>
          <w:rFonts w:cs="Times New Roman"/>
          <w:sz w:val="28"/>
          <w:szCs w:val="28"/>
          <w:lang w:val="ru-RU"/>
        </w:rPr>
      </w:pPr>
      <w:r w:rsidRPr="009058F8">
        <w:rPr>
          <w:rFonts w:cs="Times New Roman"/>
          <w:sz w:val="28"/>
          <w:szCs w:val="28"/>
          <w:lang w:val="ru-RU"/>
        </w:rPr>
        <w:t>4.</w:t>
      </w:r>
      <w:r w:rsidRPr="009058F8">
        <w:rPr>
          <w:rFonts w:cs="Times New Roman"/>
          <w:sz w:val="28"/>
          <w:szCs w:val="28"/>
          <w:lang w:val="ru-RU"/>
        </w:rPr>
        <w:tab/>
      </w:r>
      <w:r>
        <w:rPr>
          <w:rFonts w:cs="Times New Roman"/>
          <w:sz w:val="28"/>
          <w:szCs w:val="28"/>
          <w:lang w:val="ru-RU"/>
        </w:rPr>
        <w:t>Ф</w:t>
      </w:r>
      <w:r w:rsidRPr="009058F8">
        <w:rPr>
          <w:rFonts w:cs="Times New Roman"/>
          <w:sz w:val="28"/>
          <w:szCs w:val="28"/>
          <w:lang w:val="ru-RU"/>
        </w:rPr>
        <w:t>ормирование выходного комплексного сигнала;</w:t>
      </w:r>
    </w:p>
    <w:p w14:paraId="57B09723" w14:textId="77777777" w:rsidR="009058F8" w:rsidRPr="009058F8" w:rsidRDefault="009058F8" w:rsidP="009058F8">
      <w:pPr>
        <w:spacing w:after="0" w:line="360" w:lineRule="auto"/>
        <w:ind w:firstLine="720"/>
        <w:jc w:val="both"/>
        <w:rPr>
          <w:rFonts w:cs="Times New Roman"/>
          <w:sz w:val="28"/>
          <w:szCs w:val="28"/>
          <w:lang w:val="ru-RU"/>
        </w:rPr>
      </w:pPr>
      <w:r w:rsidRPr="009058F8">
        <w:rPr>
          <w:rFonts w:cs="Times New Roman"/>
          <w:sz w:val="28"/>
          <w:szCs w:val="28"/>
          <w:lang w:val="ru-RU"/>
        </w:rPr>
        <w:t>5.</w:t>
      </w:r>
      <w:r w:rsidRPr="009058F8">
        <w:rPr>
          <w:rFonts w:cs="Times New Roman"/>
          <w:sz w:val="28"/>
          <w:szCs w:val="28"/>
          <w:lang w:val="ru-RU"/>
        </w:rPr>
        <w:tab/>
      </w:r>
      <w:r>
        <w:rPr>
          <w:rFonts w:cs="Times New Roman"/>
          <w:sz w:val="28"/>
          <w:szCs w:val="28"/>
          <w:lang w:val="ru-RU"/>
        </w:rPr>
        <w:t>В</w:t>
      </w:r>
      <w:r w:rsidRPr="009058F8">
        <w:rPr>
          <w:rFonts w:cs="Times New Roman"/>
          <w:sz w:val="28"/>
          <w:szCs w:val="28"/>
          <w:lang w:val="ru-RU"/>
        </w:rPr>
        <w:t>ыдачу признаков валидности и готовности;</w:t>
      </w:r>
    </w:p>
    <w:p w14:paraId="2CA30936" w14:textId="77777777" w:rsidR="009058F8" w:rsidRPr="009058F8" w:rsidRDefault="009058F8" w:rsidP="009058F8">
      <w:pPr>
        <w:spacing w:after="0" w:line="360" w:lineRule="auto"/>
        <w:ind w:firstLine="720"/>
        <w:jc w:val="both"/>
        <w:rPr>
          <w:rFonts w:cs="Times New Roman"/>
          <w:sz w:val="28"/>
          <w:szCs w:val="28"/>
          <w:lang w:val="ru-RU"/>
        </w:rPr>
      </w:pPr>
      <w:r w:rsidRPr="009058F8">
        <w:rPr>
          <w:rFonts w:cs="Times New Roman"/>
          <w:sz w:val="28"/>
          <w:szCs w:val="28"/>
          <w:lang w:val="ru-RU"/>
        </w:rPr>
        <w:t>6.</w:t>
      </w:r>
      <w:r w:rsidRPr="009058F8">
        <w:rPr>
          <w:rFonts w:cs="Times New Roman"/>
          <w:sz w:val="28"/>
          <w:szCs w:val="28"/>
          <w:lang w:val="ru-RU"/>
        </w:rPr>
        <w:tab/>
      </w:r>
      <w:r>
        <w:rPr>
          <w:rFonts w:cs="Times New Roman"/>
          <w:sz w:val="28"/>
          <w:szCs w:val="28"/>
          <w:lang w:val="ru-RU"/>
        </w:rPr>
        <w:t>З</w:t>
      </w:r>
      <w:r w:rsidRPr="009058F8">
        <w:rPr>
          <w:rFonts w:cs="Times New Roman"/>
          <w:sz w:val="28"/>
          <w:szCs w:val="28"/>
          <w:lang w:val="ru-RU"/>
        </w:rPr>
        <w:t>апись результатов моделирования в CSV;</w:t>
      </w:r>
    </w:p>
    <w:p w14:paraId="05A51AE3" w14:textId="77777777" w:rsidR="009058F8" w:rsidRPr="009058F8" w:rsidRDefault="009058F8" w:rsidP="009058F8">
      <w:pPr>
        <w:spacing w:after="0" w:line="360" w:lineRule="auto"/>
        <w:ind w:firstLine="720"/>
        <w:jc w:val="both"/>
        <w:rPr>
          <w:rFonts w:cs="Times New Roman"/>
          <w:sz w:val="28"/>
          <w:szCs w:val="28"/>
          <w:lang w:val="ru-RU"/>
        </w:rPr>
      </w:pPr>
      <w:r w:rsidRPr="009058F8">
        <w:rPr>
          <w:rFonts w:cs="Times New Roman"/>
          <w:sz w:val="28"/>
          <w:szCs w:val="28"/>
          <w:lang w:val="ru-RU"/>
        </w:rPr>
        <w:t>7.</w:t>
      </w:r>
      <w:r w:rsidRPr="009058F8">
        <w:rPr>
          <w:rFonts w:cs="Times New Roman"/>
          <w:sz w:val="28"/>
          <w:szCs w:val="28"/>
          <w:lang w:val="ru-RU"/>
        </w:rPr>
        <w:tab/>
      </w:r>
      <w:r>
        <w:rPr>
          <w:rFonts w:cs="Times New Roman"/>
          <w:sz w:val="28"/>
          <w:szCs w:val="28"/>
          <w:lang w:val="ru-RU"/>
        </w:rPr>
        <w:t>П</w:t>
      </w:r>
      <w:r w:rsidRPr="009058F8">
        <w:rPr>
          <w:rFonts w:cs="Times New Roman"/>
          <w:sz w:val="28"/>
          <w:szCs w:val="28"/>
          <w:lang w:val="ru-RU"/>
        </w:rPr>
        <w:t>остроение временных и спектральных графиков;</w:t>
      </w:r>
    </w:p>
    <w:p w14:paraId="2A0527C5" w14:textId="77777777" w:rsidR="009058F8" w:rsidRPr="009058F8" w:rsidRDefault="009058F8" w:rsidP="009058F8">
      <w:pPr>
        <w:spacing w:after="0" w:line="360" w:lineRule="auto"/>
        <w:ind w:firstLine="720"/>
        <w:jc w:val="both"/>
        <w:rPr>
          <w:rFonts w:cs="Times New Roman"/>
          <w:sz w:val="28"/>
          <w:szCs w:val="28"/>
          <w:lang w:val="ru-RU"/>
        </w:rPr>
      </w:pPr>
      <w:r w:rsidRPr="009058F8">
        <w:rPr>
          <w:rFonts w:cs="Times New Roman"/>
          <w:sz w:val="28"/>
          <w:szCs w:val="28"/>
          <w:lang w:val="ru-RU"/>
        </w:rPr>
        <w:t>8.</w:t>
      </w:r>
      <w:r w:rsidRPr="009058F8">
        <w:rPr>
          <w:rFonts w:cs="Times New Roman"/>
          <w:sz w:val="28"/>
          <w:szCs w:val="28"/>
          <w:lang w:val="ru-RU"/>
        </w:rPr>
        <w:tab/>
      </w:r>
      <w:r>
        <w:rPr>
          <w:rFonts w:cs="Times New Roman"/>
          <w:sz w:val="28"/>
          <w:szCs w:val="28"/>
          <w:lang w:val="ru-RU"/>
        </w:rPr>
        <w:t>С</w:t>
      </w:r>
      <w:r w:rsidRPr="009058F8">
        <w:rPr>
          <w:rFonts w:cs="Times New Roman"/>
          <w:sz w:val="28"/>
          <w:szCs w:val="28"/>
          <w:lang w:val="ru-RU"/>
        </w:rPr>
        <w:t>равнительный анализ нескольких сценариев запуска.</w:t>
      </w:r>
    </w:p>
    <w:p w14:paraId="22D377FA" w14:textId="77777777" w:rsidR="009058F8" w:rsidRDefault="009058F8" w:rsidP="009058F8">
      <w:pPr>
        <w:spacing w:after="0" w:line="360" w:lineRule="auto"/>
        <w:ind w:firstLine="720"/>
        <w:jc w:val="both"/>
        <w:rPr>
          <w:rFonts w:cs="Times New Roman"/>
          <w:b/>
          <w:bCs/>
          <w:sz w:val="28"/>
          <w:szCs w:val="28"/>
          <w:lang w:val="ru-RU"/>
        </w:rPr>
      </w:pPr>
    </w:p>
    <w:p w14:paraId="25AE6945" w14:textId="77777777" w:rsidR="009058F8" w:rsidRPr="009058F8" w:rsidRDefault="009058F8" w:rsidP="009058F8">
      <w:pPr>
        <w:spacing w:line="360" w:lineRule="auto"/>
        <w:ind w:firstLine="709"/>
        <w:rPr>
          <w:b/>
          <w:sz w:val="28"/>
          <w:szCs w:val="28"/>
          <w:lang w:val="ru-RU"/>
        </w:rPr>
      </w:pPr>
      <w:r w:rsidRPr="009058F8">
        <w:rPr>
          <w:b/>
          <w:sz w:val="28"/>
          <w:szCs w:val="28"/>
          <w:lang w:val="ru-RU"/>
        </w:rPr>
        <w:t>3 Испытание работоспособности ПО</w:t>
      </w:r>
    </w:p>
    <w:p w14:paraId="2F093F6E" w14:textId="77777777" w:rsidR="009058F8" w:rsidRPr="009058F8" w:rsidRDefault="009058F8" w:rsidP="009058F8">
      <w:pPr>
        <w:spacing w:after="0" w:line="360" w:lineRule="auto"/>
        <w:ind w:firstLine="709"/>
        <w:jc w:val="both"/>
        <w:rPr>
          <w:rFonts w:ascii="Arial" w:hAnsi="Arial" w:cs="Arial"/>
          <w:iCs/>
          <w:color w:val="202122"/>
          <w:sz w:val="28"/>
          <w:szCs w:val="28"/>
          <w:shd w:val="clear" w:color="auto" w:fill="FFFFFF"/>
          <w:lang w:val="ru-RU"/>
        </w:rPr>
      </w:pPr>
      <w:r w:rsidRPr="009058F8">
        <w:rPr>
          <w:sz w:val="28"/>
          <w:szCs w:val="28"/>
          <w:lang w:val="ru-RU"/>
        </w:rPr>
        <w:t xml:space="preserve">Перед началом работы с реконфигурируемым программным модулем необходимо установить ОС </w:t>
      </w:r>
      <w:bookmarkStart w:id="1" w:name="_Hlk209311635"/>
      <w:r w:rsidRPr="002641F8">
        <w:rPr>
          <w:i/>
          <w:iCs/>
          <w:sz w:val="28"/>
          <w:szCs w:val="28"/>
        </w:rPr>
        <w:t>Linux</w:t>
      </w:r>
      <w:r w:rsidRPr="009058F8">
        <w:rPr>
          <w:i/>
          <w:iCs/>
          <w:sz w:val="28"/>
          <w:szCs w:val="28"/>
          <w:lang w:val="ru-RU"/>
        </w:rPr>
        <w:t xml:space="preserve"> </w:t>
      </w:r>
      <w:r w:rsidRPr="002641F8">
        <w:rPr>
          <w:i/>
          <w:iCs/>
          <w:sz w:val="28"/>
          <w:szCs w:val="28"/>
        </w:rPr>
        <w:t>Ubuntu</w:t>
      </w:r>
      <w:r w:rsidRPr="009058F8">
        <w:rPr>
          <w:sz w:val="28"/>
          <w:szCs w:val="28"/>
          <w:lang w:val="ru-RU"/>
        </w:rPr>
        <w:t xml:space="preserve"> 22.04 </w:t>
      </w:r>
      <w:r w:rsidRPr="002641F8">
        <w:rPr>
          <w:i/>
          <w:iCs/>
          <w:sz w:val="28"/>
          <w:szCs w:val="28"/>
        </w:rPr>
        <w:t>LTS</w:t>
      </w:r>
      <w:r w:rsidRPr="009058F8">
        <w:rPr>
          <w:sz w:val="28"/>
          <w:szCs w:val="28"/>
          <w:lang w:val="ru-RU"/>
        </w:rPr>
        <w:t xml:space="preserve"> </w:t>
      </w:r>
      <w:bookmarkEnd w:id="1"/>
      <w:r w:rsidRPr="009058F8">
        <w:rPr>
          <w:sz w:val="28"/>
          <w:szCs w:val="28"/>
          <w:lang w:val="ru-RU"/>
        </w:rPr>
        <w:t xml:space="preserve">или установить программный продукт виртуализации операционных систем </w:t>
      </w:r>
      <w:bookmarkStart w:id="2" w:name="_Hlk209312026"/>
      <w:r w:rsidRPr="002641F8">
        <w:rPr>
          <w:i/>
          <w:iCs/>
          <w:color w:val="202122"/>
          <w:sz w:val="28"/>
          <w:szCs w:val="28"/>
          <w:shd w:val="clear" w:color="auto" w:fill="FFFFFF"/>
        </w:rPr>
        <w:t>Oracle</w:t>
      </w:r>
      <w:r w:rsidRPr="009058F8">
        <w:rPr>
          <w:i/>
          <w:iCs/>
          <w:color w:val="202122"/>
          <w:sz w:val="28"/>
          <w:szCs w:val="28"/>
          <w:shd w:val="clear" w:color="auto" w:fill="FFFFFF"/>
          <w:lang w:val="ru-RU"/>
        </w:rPr>
        <w:t xml:space="preserve"> </w:t>
      </w:r>
      <w:r w:rsidRPr="002641F8">
        <w:rPr>
          <w:i/>
          <w:iCs/>
          <w:color w:val="202122"/>
          <w:sz w:val="28"/>
          <w:szCs w:val="28"/>
          <w:shd w:val="clear" w:color="auto" w:fill="FFFFFF"/>
        </w:rPr>
        <w:t>VM</w:t>
      </w:r>
      <w:r w:rsidRPr="009058F8">
        <w:rPr>
          <w:i/>
          <w:iCs/>
          <w:color w:val="202122"/>
          <w:sz w:val="28"/>
          <w:szCs w:val="28"/>
          <w:shd w:val="clear" w:color="auto" w:fill="FFFFFF"/>
          <w:lang w:val="ru-RU"/>
        </w:rPr>
        <w:t xml:space="preserve"> </w:t>
      </w:r>
      <w:r w:rsidRPr="002641F8">
        <w:rPr>
          <w:i/>
          <w:iCs/>
          <w:color w:val="202122"/>
          <w:sz w:val="28"/>
          <w:szCs w:val="28"/>
          <w:shd w:val="clear" w:color="auto" w:fill="FFFFFF"/>
        </w:rPr>
        <w:t>VirtualBox</w:t>
      </w:r>
      <w:r w:rsidRPr="009058F8">
        <w:rPr>
          <w:i/>
          <w:iCs/>
          <w:color w:val="202122"/>
          <w:sz w:val="28"/>
          <w:szCs w:val="28"/>
          <w:shd w:val="clear" w:color="auto" w:fill="FFFFFF"/>
          <w:lang w:val="ru-RU"/>
        </w:rPr>
        <w:t xml:space="preserve"> 7.1.12 </w:t>
      </w:r>
      <w:bookmarkEnd w:id="2"/>
      <w:r w:rsidRPr="009058F8">
        <w:rPr>
          <w:iCs/>
          <w:color w:val="202122"/>
          <w:sz w:val="28"/>
          <w:szCs w:val="28"/>
          <w:shd w:val="clear" w:color="auto" w:fill="FFFFFF"/>
          <w:lang w:val="ru-RU"/>
        </w:rPr>
        <w:t>и скачать соответствующий образ ОС по ссылке на странице:</w:t>
      </w:r>
    </w:p>
    <w:p w14:paraId="10D31DC1" w14:textId="77777777" w:rsidR="009058F8" w:rsidRPr="009058F8" w:rsidRDefault="009058F8" w:rsidP="009058F8">
      <w:pPr>
        <w:spacing w:after="0" w:line="360" w:lineRule="auto"/>
        <w:rPr>
          <w:rFonts w:ascii="Arial" w:hAnsi="Arial" w:cs="Arial"/>
          <w:iCs/>
          <w:color w:val="202122"/>
          <w:sz w:val="16"/>
          <w:szCs w:val="16"/>
          <w:shd w:val="clear" w:color="auto" w:fill="FFFFFF"/>
          <w:lang w:val="ru-RU"/>
        </w:rPr>
      </w:pPr>
    </w:p>
    <w:bookmarkStart w:id="3" w:name="_Hlk209311359"/>
    <w:p w14:paraId="0E2930D6" w14:textId="3F844BBF" w:rsidR="009058F8" w:rsidRPr="00105A41" w:rsidRDefault="00105A41" w:rsidP="009058F8">
      <w:pPr>
        <w:spacing w:after="0" w:line="360" w:lineRule="auto"/>
        <w:jc w:val="center"/>
        <w:rPr>
          <w:sz w:val="28"/>
          <w:szCs w:val="28"/>
          <w:lang w:val="ru-RU"/>
        </w:rPr>
      </w:pPr>
      <w:r w:rsidRPr="00105A41">
        <w:rPr>
          <w:sz w:val="28"/>
          <w:szCs w:val="28"/>
        </w:rPr>
        <w:fldChar w:fldCharType="begin"/>
      </w:r>
      <w:r w:rsidRPr="00105A41">
        <w:rPr>
          <w:sz w:val="28"/>
          <w:szCs w:val="28"/>
        </w:rPr>
        <w:instrText>HYPERLINK</w:instrText>
      </w:r>
      <w:r w:rsidRPr="00105A41">
        <w:rPr>
          <w:sz w:val="28"/>
          <w:szCs w:val="28"/>
          <w:lang w:val="ru-RU"/>
        </w:rPr>
        <w:instrText xml:space="preserve"> "</w:instrText>
      </w:r>
      <w:r w:rsidRPr="00105A41">
        <w:rPr>
          <w:sz w:val="28"/>
          <w:szCs w:val="28"/>
        </w:rPr>
        <w:instrText>http</w:instrText>
      </w:r>
      <w:r w:rsidRPr="00105A41">
        <w:rPr>
          <w:sz w:val="28"/>
          <w:szCs w:val="28"/>
          <w:lang w:val="ru-RU"/>
        </w:rPr>
        <w:instrText>://</w:instrText>
      </w:r>
      <w:r w:rsidRPr="00105A41">
        <w:rPr>
          <w:sz w:val="28"/>
          <w:szCs w:val="28"/>
        </w:rPr>
        <w:instrText>recursive</w:instrText>
      </w:r>
      <w:r w:rsidRPr="00105A41">
        <w:rPr>
          <w:sz w:val="28"/>
          <w:szCs w:val="28"/>
          <w:lang w:val="ru-RU"/>
        </w:rPr>
        <w:instrText>.</w:instrText>
      </w:r>
      <w:r w:rsidRPr="00105A41">
        <w:rPr>
          <w:sz w:val="28"/>
          <w:szCs w:val="28"/>
        </w:rPr>
        <w:instrText>ru</w:instrText>
      </w:r>
      <w:r w:rsidRPr="00105A41">
        <w:rPr>
          <w:sz w:val="28"/>
          <w:szCs w:val="28"/>
          <w:lang w:val="ru-RU"/>
        </w:rPr>
        <w:instrText>/</w:instrText>
      </w:r>
      <w:r w:rsidRPr="00105A41">
        <w:rPr>
          <w:sz w:val="28"/>
          <w:szCs w:val="28"/>
        </w:rPr>
        <w:instrText>HDL</w:instrText>
      </w:r>
      <w:r w:rsidRPr="00105A41">
        <w:rPr>
          <w:sz w:val="28"/>
          <w:szCs w:val="28"/>
          <w:lang w:val="ru-RU"/>
        </w:rPr>
        <w:instrText>_</w:instrText>
      </w:r>
      <w:r w:rsidRPr="00105A41">
        <w:rPr>
          <w:sz w:val="28"/>
          <w:szCs w:val="28"/>
        </w:rPr>
        <w:instrText>ShPS</w:instrText>
      </w:r>
      <w:r w:rsidRPr="00105A41">
        <w:rPr>
          <w:sz w:val="28"/>
          <w:szCs w:val="28"/>
          <w:lang w:val="ru-RU"/>
        </w:rPr>
        <w:instrText>_</w:instrText>
      </w:r>
      <w:r w:rsidRPr="00105A41">
        <w:rPr>
          <w:sz w:val="28"/>
          <w:szCs w:val="28"/>
        </w:rPr>
        <w:instrText>Modulator</w:instrText>
      </w:r>
      <w:r w:rsidRPr="00105A41">
        <w:rPr>
          <w:sz w:val="28"/>
          <w:szCs w:val="28"/>
          <w:lang w:val="ru-RU"/>
        </w:rPr>
        <w:instrText>/"</w:instrText>
      </w:r>
      <w:r w:rsidRPr="00105A41">
        <w:rPr>
          <w:sz w:val="28"/>
          <w:szCs w:val="28"/>
        </w:rPr>
      </w:r>
      <w:r w:rsidRPr="00105A41">
        <w:rPr>
          <w:sz w:val="28"/>
          <w:szCs w:val="28"/>
        </w:rPr>
        <w:fldChar w:fldCharType="separate"/>
      </w:r>
      <w:r w:rsidRPr="00105A41">
        <w:rPr>
          <w:rStyle w:val="aff1"/>
          <w:sz w:val="28"/>
          <w:szCs w:val="28"/>
          <w:lang w:val="ru-RU"/>
        </w:rPr>
        <w:t>http://recursive.ru/HDL_ShPS_Modulator/</w:t>
      </w:r>
      <w:r w:rsidRPr="00105A41">
        <w:rPr>
          <w:sz w:val="28"/>
          <w:szCs w:val="28"/>
        </w:rPr>
        <w:fldChar w:fldCharType="end"/>
      </w:r>
    </w:p>
    <w:bookmarkEnd w:id="3"/>
    <w:p w14:paraId="5D432C4D" w14:textId="77777777" w:rsidR="009058F8" w:rsidRPr="009058F8" w:rsidRDefault="009058F8" w:rsidP="009058F8">
      <w:pPr>
        <w:spacing w:after="0" w:line="360" w:lineRule="auto"/>
        <w:rPr>
          <w:sz w:val="16"/>
          <w:szCs w:val="16"/>
          <w:lang w:val="ru-RU"/>
        </w:rPr>
      </w:pPr>
    </w:p>
    <w:p w14:paraId="75076667" w14:textId="77777777" w:rsidR="009058F8" w:rsidRPr="009058F8" w:rsidRDefault="009058F8" w:rsidP="009058F8">
      <w:pPr>
        <w:spacing w:after="0" w:line="360" w:lineRule="auto"/>
        <w:ind w:firstLine="709"/>
        <w:jc w:val="both"/>
        <w:rPr>
          <w:sz w:val="28"/>
          <w:szCs w:val="28"/>
          <w:lang w:val="ru-RU"/>
        </w:rPr>
      </w:pPr>
      <w:r w:rsidRPr="009058F8">
        <w:rPr>
          <w:sz w:val="28"/>
          <w:szCs w:val="28"/>
          <w:lang w:val="ru-RU"/>
        </w:rPr>
        <w:t>Создать новую виртуальную машину выбрав тип создаваемой операционной системы “</w:t>
      </w:r>
      <w:r w:rsidRPr="002641F8">
        <w:rPr>
          <w:sz w:val="28"/>
          <w:szCs w:val="28"/>
        </w:rPr>
        <w:t>Linux</w:t>
      </w:r>
      <w:r w:rsidRPr="009058F8">
        <w:rPr>
          <w:sz w:val="28"/>
          <w:szCs w:val="28"/>
          <w:lang w:val="ru-RU"/>
        </w:rPr>
        <w:t>” и версия “</w:t>
      </w:r>
      <w:r>
        <w:rPr>
          <w:sz w:val="28"/>
          <w:szCs w:val="28"/>
        </w:rPr>
        <w:t>Ubuntu</w:t>
      </w:r>
      <w:r w:rsidRPr="009058F8">
        <w:rPr>
          <w:sz w:val="28"/>
          <w:szCs w:val="28"/>
          <w:lang w:val="ru-RU"/>
        </w:rPr>
        <w:t xml:space="preserve"> (64-</w:t>
      </w:r>
      <w:r w:rsidRPr="002641F8">
        <w:rPr>
          <w:sz w:val="28"/>
          <w:szCs w:val="28"/>
        </w:rPr>
        <w:t>bit</w:t>
      </w:r>
      <w:r w:rsidRPr="009058F8">
        <w:rPr>
          <w:sz w:val="28"/>
          <w:szCs w:val="28"/>
          <w:lang w:val="ru-RU"/>
        </w:rPr>
        <w:t>)”, в редких случаях “</w:t>
      </w:r>
      <w:r w:rsidRPr="002641F8">
        <w:rPr>
          <w:sz w:val="28"/>
          <w:szCs w:val="28"/>
        </w:rPr>
        <w:t>Other</w:t>
      </w:r>
      <w:r w:rsidRPr="009058F8">
        <w:rPr>
          <w:sz w:val="28"/>
          <w:szCs w:val="28"/>
          <w:lang w:val="ru-RU"/>
        </w:rPr>
        <w:t xml:space="preserve"> </w:t>
      </w:r>
      <w:r w:rsidRPr="002641F8">
        <w:rPr>
          <w:sz w:val="28"/>
          <w:szCs w:val="28"/>
        </w:rPr>
        <w:t>Linux</w:t>
      </w:r>
      <w:r w:rsidRPr="009058F8">
        <w:rPr>
          <w:sz w:val="28"/>
          <w:szCs w:val="28"/>
          <w:lang w:val="ru-RU"/>
        </w:rPr>
        <w:t xml:space="preserve"> (64-</w:t>
      </w:r>
      <w:r w:rsidRPr="002641F8">
        <w:rPr>
          <w:sz w:val="28"/>
          <w:szCs w:val="28"/>
        </w:rPr>
        <w:t>bit</w:t>
      </w:r>
      <w:r w:rsidRPr="009058F8">
        <w:rPr>
          <w:sz w:val="28"/>
          <w:szCs w:val="28"/>
          <w:lang w:val="ru-RU"/>
        </w:rPr>
        <w:t>)”.</w:t>
      </w:r>
    </w:p>
    <w:p w14:paraId="37F074DB" w14:textId="77777777" w:rsidR="009058F8" w:rsidRPr="009058F8" w:rsidRDefault="009058F8" w:rsidP="009058F8">
      <w:pPr>
        <w:spacing w:after="0" w:line="360" w:lineRule="auto"/>
        <w:ind w:firstLine="709"/>
        <w:jc w:val="both"/>
        <w:rPr>
          <w:sz w:val="28"/>
          <w:szCs w:val="28"/>
          <w:lang w:val="ru-RU"/>
        </w:rPr>
      </w:pPr>
      <w:r w:rsidRPr="009058F8">
        <w:rPr>
          <w:sz w:val="28"/>
          <w:szCs w:val="28"/>
          <w:lang w:val="ru-RU"/>
        </w:rPr>
        <w:t>Объем оперативной памяти не менее 4096 МБ.</w:t>
      </w:r>
    </w:p>
    <w:p w14:paraId="1EBFBDB8" w14:textId="77777777" w:rsidR="009058F8" w:rsidRPr="009058F8" w:rsidRDefault="009058F8" w:rsidP="009058F8">
      <w:pPr>
        <w:spacing w:after="0" w:line="360" w:lineRule="auto"/>
        <w:ind w:firstLine="709"/>
        <w:jc w:val="both"/>
        <w:rPr>
          <w:sz w:val="28"/>
          <w:szCs w:val="28"/>
          <w:lang w:val="ru-RU"/>
        </w:rPr>
      </w:pPr>
      <w:r w:rsidRPr="009058F8">
        <w:rPr>
          <w:sz w:val="28"/>
          <w:szCs w:val="28"/>
          <w:lang w:val="ru-RU"/>
        </w:rPr>
        <w:t>Далее следует выбрать скачанный виртуальный жесткий диск.</w:t>
      </w:r>
    </w:p>
    <w:p w14:paraId="3CDDEC3F" w14:textId="77777777" w:rsidR="009058F8" w:rsidRPr="009058F8" w:rsidRDefault="009058F8" w:rsidP="009058F8">
      <w:pPr>
        <w:spacing w:after="0" w:line="360" w:lineRule="auto"/>
        <w:ind w:firstLine="709"/>
        <w:jc w:val="both"/>
        <w:rPr>
          <w:sz w:val="28"/>
          <w:szCs w:val="28"/>
          <w:lang w:val="ru-RU"/>
        </w:rPr>
      </w:pPr>
      <w:r w:rsidRPr="009058F8">
        <w:rPr>
          <w:sz w:val="28"/>
          <w:szCs w:val="28"/>
          <w:lang w:val="ru-RU"/>
        </w:rPr>
        <w:t>Запустить созданную виртуальную машину для начала проверки работоспособности реконфигурируемого модуля.</w:t>
      </w:r>
    </w:p>
    <w:p w14:paraId="28BD13C4" w14:textId="77777777" w:rsidR="009058F8" w:rsidRPr="009058F8" w:rsidRDefault="009058F8" w:rsidP="009058F8">
      <w:pPr>
        <w:spacing w:after="0" w:line="360" w:lineRule="auto"/>
        <w:ind w:firstLine="709"/>
        <w:jc w:val="both"/>
        <w:rPr>
          <w:sz w:val="28"/>
          <w:szCs w:val="28"/>
          <w:lang w:val="ru-RU"/>
        </w:rPr>
      </w:pPr>
      <w:r w:rsidRPr="009058F8">
        <w:rPr>
          <w:sz w:val="28"/>
          <w:szCs w:val="28"/>
          <w:lang w:val="ru-RU"/>
        </w:rPr>
        <w:t xml:space="preserve">Для входа в систему имеется пользователь </w:t>
      </w:r>
      <w:r>
        <w:rPr>
          <w:i/>
          <w:sz w:val="28"/>
          <w:szCs w:val="28"/>
        </w:rPr>
        <w:t>Test</w:t>
      </w:r>
      <w:r w:rsidRPr="009058F8">
        <w:rPr>
          <w:i/>
          <w:sz w:val="28"/>
          <w:szCs w:val="28"/>
          <w:lang w:val="ru-RU"/>
        </w:rPr>
        <w:t>_</w:t>
      </w:r>
      <w:r>
        <w:rPr>
          <w:i/>
          <w:sz w:val="28"/>
          <w:szCs w:val="28"/>
        </w:rPr>
        <w:t>HDL</w:t>
      </w:r>
      <w:r w:rsidRPr="009058F8">
        <w:rPr>
          <w:sz w:val="28"/>
          <w:szCs w:val="28"/>
          <w:lang w:val="ru-RU"/>
        </w:rPr>
        <w:t xml:space="preserve"> с паролем </w:t>
      </w:r>
      <w:proofErr w:type="spellStart"/>
      <w:r>
        <w:rPr>
          <w:i/>
          <w:sz w:val="28"/>
          <w:szCs w:val="28"/>
        </w:rPr>
        <w:t>testverilog</w:t>
      </w:r>
      <w:proofErr w:type="spellEnd"/>
      <w:r w:rsidRPr="009058F8">
        <w:rPr>
          <w:sz w:val="28"/>
          <w:szCs w:val="28"/>
          <w:lang w:val="ru-RU"/>
        </w:rPr>
        <w:t>.</w:t>
      </w:r>
    </w:p>
    <w:p w14:paraId="78AC08BC" w14:textId="77777777" w:rsidR="009058F8" w:rsidRPr="009058F8" w:rsidRDefault="009058F8" w:rsidP="009058F8">
      <w:pPr>
        <w:spacing w:after="0" w:line="360" w:lineRule="auto"/>
        <w:ind w:firstLine="709"/>
        <w:jc w:val="both"/>
        <w:rPr>
          <w:bCs/>
          <w:sz w:val="28"/>
          <w:szCs w:val="28"/>
          <w:lang w:val="ru-RU"/>
        </w:rPr>
      </w:pPr>
      <w:r w:rsidRPr="009058F8">
        <w:rPr>
          <w:sz w:val="28"/>
          <w:szCs w:val="28"/>
          <w:lang w:val="ru-RU"/>
        </w:rPr>
        <w:lastRenderedPageBreak/>
        <w:t xml:space="preserve">Порядок действий по проверке работоспособности (тестирования модулей) </w:t>
      </w:r>
      <w:r w:rsidR="00702CAB" w:rsidRPr="00E3367B">
        <w:rPr>
          <w:rFonts w:cs="Times New Roman"/>
          <w:sz w:val="28"/>
          <w:szCs w:val="28"/>
          <w:lang w:val="ru-RU"/>
        </w:rPr>
        <w:t>модулятора сигналов с прямым расширением спектра</w:t>
      </w:r>
      <w:r w:rsidRPr="009058F8">
        <w:rPr>
          <w:sz w:val="28"/>
          <w:szCs w:val="28"/>
          <w:lang w:val="ru-RU"/>
        </w:rPr>
        <w:t xml:space="preserve"> описан в файле </w:t>
      </w:r>
      <w:r w:rsidRPr="00E62ABA">
        <w:rPr>
          <w:sz w:val="28"/>
          <w:szCs w:val="28"/>
          <w:lang w:val="ru-RU"/>
        </w:rPr>
        <w:t>«Руководство</w:t>
      </w:r>
      <w:r w:rsidR="009229F7" w:rsidRPr="00E62ABA">
        <w:rPr>
          <w:sz w:val="28"/>
          <w:szCs w:val="28"/>
          <w:lang w:val="ru-RU"/>
        </w:rPr>
        <w:t xml:space="preserve"> </w:t>
      </w:r>
      <w:r w:rsidRPr="00E62ABA">
        <w:rPr>
          <w:sz w:val="28"/>
          <w:szCs w:val="28"/>
          <w:lang w:val="ru-RU"/>
        </w:rPr>
        <w:t>оператора</w:t>
      </w:r>
      <w:r w:rsidR="009229F7" w:rsidRPr="00E62ABA">
        <w:rPr>
          <w:sz w:val="28"/>
          <w:szCs w:val="28"/>
          <w:lang w:val="ru-RU"/>
        </w:rPr>
        <w:t xml:space="preserve"> РПМ модулятора сигналов с прямым расширением спектра</w:t>
      </w:r>
      <w:r w:rsidRPr="00E62ABA">
        <w:rPr>
          <w:sz w:val="28"/>
          <w:szCs w:val="28"/>
          <w:lang w:val="ru-RU"/>
        </w:rPr>
        <w:t>.</w:t>
      </w:r>
      <w:r w:rsidRPr="00E62ABA">
        <w:rPr>
          <w:sz w:val="28"/>
          <w:szCs w:val="28"/>
        </w:rPr>
        <w:t>doc</w:t>
      </w:r>
      <w:r w:rsidRPr="00E62ABA">
        <w:rPr>
          <w:sz w:val="28"/>
          <w:szCs w:val="28"/>
          <w:lang w:val="ru-RU"/>
        </w:rPr>
        <w:t>».</w:t>
      </w:r>
    </w:p>
    <w:p w14:paraId="7AD81FE3" w14:textId="77777777" w:rsidR="009058F8" w:rsidRDefault="009058F8" w:rsidP="00E3367B">
      <w:pPr>
        <w:spacing w:after="0" w:line="360" w:lineRule="auto"/>
        <w:ind w:firstLine="720"/>
        <w:jc w:val="both"/>
        <w:rPr>
          <w:rFonts w:cs="Times New Roman"/>
          <w:b/>
          <w:bCs/>
          <w:sz w:val="28"/>
          <w:szCs w:val="28"/>
          <w:lang w:val="ru-RU"/>
        </w:rPr>
      </w:pPr>
    </w:p>
    <w:p w14:paraId="504C3097" w14:textId="77777777" w:rsidR="003E3E57" w:rsidRPr="002E766D" w:rsidRDefault="0021148C" w:rsidP="00E3367B">
      <w:pPr>
        <w:spacing w:after="0" w:line="360" w:lineRule="auto"/>
        <w:ind w:firstLine="720"/>
        <w:jc w:val="both"/>
        <w:rPr>
          <w:rFonts w:cs="Times New Roman"/>
          <w:b/>
          <w:bCs/>
          <w:sz w:val="28"/>
          <w:szCs w:val="28"/>
          <w:lang w:val="ru-RU"/>
        </w:rPr>
      </w:pPr>
      <w:r w:rsidRPr="002E766D">
        <w:rPr>
          <w:rFonts w:cs="Times New Roman"/>
          <w:b/>
          <w:bCs/>
          <w:sz w:val="28"/>
          <w:szCs w:val="28"/>
          <w:lang w:val="ru-RU"/>
        </w:rPr>
        <w:t>5. Порядок развертывания</w:t>
      </w:r>
      <w:r w:rsidR="002E766D">
        <w:rPr>
          <w:rFonts w:cs="Times New Roman"/>
          <w:b/>
          <w:bCs/>
          <w:sz w:val="28"/>
          <w:szCs w:val="28"/>
          <w:lang w:val="ru-RU"/>
        </w:rPr>
        <w:t xml:space="preserve"> и запуска</w:t>
      </w:r>
    </w:p>
    <w:p w14:paraId="15F0E4B4" w14:textId="77777777" w:rsidR="003E3E57" w:rsidRDefault="003E3E57" w:rsidP="00E3367B">
      <w:pPr>
        <w:spacing w:after="0" w:line="360" w:lineRule="auto"/>
        <w:ind w:firstLine="720"/>
        <w:jc w:val="both"/>
        <w:rPr>
          <w:rFonts w:cs="Times New Roman"/>
          <w:sz w:val="28"/>
          <w:szCs w:val="28"/>
          <w:lang w:val="ru-RU"/>
        </w:rPr>
      </w:pPr>
    </w:p>
    <w:p w14:paraId="55828AAE" w14:textId="77777777" w:rsidR="002E766D" w:rsidRPr="00E3367B" w:rsidRDefault="002E766D" w:rsidP="002E766D">
      <w:pPr>
        <w:spacing w:after="0" w:line="360" w:lineRule="auto"/>
        <w:ind w:firstLine="720"/>
        <w:jc w:val="both"/>
        <w:rPr>
          <w:rFonts w:cs="Times New Roman"/>
          <w:sz w:val="28"/>
          <w:szCs w:val="28"/>
          <w:lang w:val="ru-RU"/>
        </w:rPr>
      </w:pPr>
      <w:r>
        <w:rPr>
          <w:rFonts w:cs="Times New Roman"/>
          <w:sz w:val="28"/>
          <w:szCs w:val="28"/>
          <w:lang w:val="ru-RU"/>
        </w:rPr>
        <w:t>Необходимо выполнить следующие шаги:</w:t>
      </w:r>
    </w:p>
    <w:p w14:paraId="0C0F2562" w14:textId="77777777" w:rsidR="003E3E57" w:rsidRPr="002E766D" w:rsidRDefault="002E766D" w:rsidP="002E766D">
      <w:pPr>
        <w:pStyle w:val="ae"/>
        <w:spacing w:after="0" w:line="360" w:lineRule="auto"/>
        <w:ind w:left="0" w:firstLine="709"/>
        <w:jc w:val="both"/>
        <w:rPr>
          <w:rFonts w:cs="Times New Roman"/>
          <w:sz w:val="28"/>
          <w:szCs w:val="28"/>
          <w:lang w:val="ru-RU"/>
        </w:rPr>
      </w:pPr>
      <w:r>
        <w:rPr>
          <w:rFonts w:cs="Times New Roman"/>
          <w:sz w:val="28"/>
          <w:szCs w:val="28"/>
          <w:lang w:val="ru-RU"/>
        </w:rPr>
        <w:t xml:space="preserve">5.1. </w:t>
      </w:r>
      <w:r w:rsidRPr="002E766D">
        <w:rPr>
          <w:rFonts w:cs="Times New Roman"/>
          <w:sz w:val="28"/>
          <w:szCs w:val="28"/>
          <w:lang w:val="ru-RU"/>
        </w:rPr>
        <w:t>Скопировать архив с поставочным комплектом на рабочую ЭВМ.</w:t>
      </w:r>
    </w:p>
    <w:p w14:paraId="3C19D0DB" w14:textId="77777777" w:rsidR="003E3E57" w:rsidRPr="002E766D" w:rsidRDefault="002E766D" w:rsidP="002E766D">
      <w:pPr>
        <w:pStyle w:val="ae"/>
        <w:spacing w:after="0" w:line="360" w:lineRule="auto"/>
        <w:ind w:left="0" w:firstLine="709"/>
        <w:jc w:val="both"/>
        <w:rPr>
          <w:rFonts w:cs="Times New Roman"/>
          <w:sz w:val="28"/>
          <w:szCs w:val="28"/>
          <w:lang w:val="ru-RU"/>
        </w:rPr>
      </w:pPr>
      <w:r>
        <w:rPr>
          <w:rFonts w:cs="Times New Roman"/>
          <w:sz w:val="28"/>
          <w:szCs w:val="28"/>
          <w:lang w:val="ru-RU"/>
        </w:rPr>
        <w:t xml:space="preserve">5.2. </w:t>
      </w:r>
      <w:r w:rsidRPr="002E766D">
        <w:rPr>
          <w:rFonts w:cs="Times New Roman"/>
          <w:sz w:val="28"/>
          <w:szCs w:val="28"/>
          <w:lang w:val="ru-RU"/>
        </w:rPr>
        <w:t>Распаковать архив в выбранный каталог.</w:t>
      </w:r>
      <w:r>
        <w:rPr>
          <w:rFonts w:cs="Times New Roman"/>
          <w:sz w:val="28"/>
          <w:szCs w:val="28"/>
          <w:lang w:val="ru-RU"/>
        </w:rPr>
        <w:t xml:space="preserve"> </w:t>
      </w:r>
      <w:r w:rsidRPr="002E766D">
        <w:rPr>
          <w:rFonts w:cs="Times New Roman"/>
          <w:sz w:val="28"/>
          <w:szCs w:val="28"/>
          <w:lang w:val="ru-RU"/>
        </w:rPr>
        <w:t xml:space="preserve">Убедиться, что после распаковки доступны каталоги </w:t>
      </w:r>
      <w:proofErr w:type="spellStart"/>
      <w:r w:rsidRPr="002E766D">
        <w:rPr>
          <w:rFonts w:eastAsia="Consolas" w:cs="Times New Roman"/>
          <w:sz w:val="28"/>
          <w:szCs w:val="28"/>
        </w:rPr>
        <w:t>hdlsrc</w:t>
      </w:r>
      <w:proofErr w:type="spellEnd"/>
      <w:r w:rsidRPr="002E766D">
        <w:rPr>
          <w:rFonts w:cs="Times New Roman"/>
          <w:sz w:val="28"/>
          <w:szCs w:val="28"/>
          <w:lang w:val="ru-RU"/>
        </w:rPr>
        <w:t xml:space="preserve">, </w:t>
      </w:r>
      <w:r w:rsidRPr="002E766D">
        <w:rPr>
          <w:rFonts w:eastAsia="Consolas" w:cs="Times New Roman"/>
          <w:sz w:val="28"/>
          <w:szCs w:val="28"/>
        </w:rPr>
        <w:t>sim</w:t>
      </w:r>
      <w:r w:rsidRPr="002E766D">
        <w:rPr>
          <w:rFonts w:cs="Times New Roman"/>
          <w:sz w:val="28"/>
          <w:szCs w:val="28"/>
          <w:lang w:val="ru-RU"/>
        </w:rPr>
        <w:t xml:space="preserve">, </w:t>
      </w:r>
      <w:r w:rsidRPr="002E766D">
        <w:rPr>
          <w:rFonts w:eastAsia="Consolas" w:cs="Times New Roman"/>
          <w:sz w:val="28"/>
          <w:szCs w:val="28"/>
        </w:rPr>
        <w:t>tools</w:t>
      </w:r>
      <w:r w:rsidRPr="002E766D">
        <w:rPr>
          <w:rFonts w:cs="Times New Roman"/>
          <w:sz w:val="28"/>
          <w:szCs w:val="28"/>
          <w:lang w:val="ru-RU"/>
        </w:rPr>
        <w:t xml:space="preserve">, </w:t>
      </w:r>
      <w:r w:rsidRPr="002E766D">
        <w:rPr>
          <w:rFonts w:eastAsia="Consolas" w:cs="Times New Roman"/>
          <w:sz w:val="28"/>
          <w:szCs w:val="28"/>
        </w:rPr>
        <w:t>docs</w:t>
      </w:r>
      <w:r w:rsidRPr="002E766D">
        <w:rPr>
          <w:rFonts w:cs="Times New Roman"/>
          <w:sz w:val="28"/>
          <w:szCs w:val="28"/>
          <w:lang w:val="ru-RU"/>
        </w:rPr>
        <w:t xml:space="preserve"> и сценарии </w:t>
      </w:r>
      <w:r w:rsidRPr="002E766D">
        <w:rPr>
          <w:rFonts w:eastAsia="Consolas" w:cs="Times New Roman"/>
          <w:sz w:val="28"/>
          <w:szCs w:val="28"/>
        </w:rPr>
        <w:t>run</w:t>
      </w:r>
      <w:r w:rsidRPr="002E766D">
        <w:rPr>
          <w:rFonts w:eastAsia="Consolas" w:cs="Times New Roman"/>
          <w:sz w:val="28"/>
          <w:szCs w:val="28"/>
          <w:lang w:val="ru-RU"/>
        </w:rPr>
        <w:t>_*.</w:t>
      </w:r>
      <w:proofErr w:type="spellStart"/>
      <w:r w:rsidRPr="002E766D">
        <w:rPr>
          <w:rFonts w:eastAsia="Consolas" w:cs="Times New Roman"/>
          <w:sz w:val="28"/>
          <w:szCs w:val="28"/>
        </w:rPr>
        <w:t>sh</w:t>
      </w:r>
      <w:proofErr w:type="spellEnd"/>
      <w:r w:rsidRPr="002E766D">
        <w:rPr>
          <w:rFonts w:cs="Times New Roman"/>
          <w:sz w:val="28"/>
          <w:szCs w:val="28"/>
          <w:lang w:val="ru-RU"/>
        </w:rPr>
        <w:t>.</w:t>
      </w:r>
    </w:p>
    <w:p w14:paraId="456E3A80" w14:textId="77777777" w:rsidR="003E3E57" w:rsidRPr="00E3367B" w:rsidRDefault="002E766D" w:rsidP="002E766D">
      <w:pPr>
        <w:spacing w:after="0" w:line="360" w:lineRule="auto"/>
        <w:ind w:firstLine="709"/>
        <w:jc w:val="both"/>
        <w:rPr>
          <w:rFonts w:cs="Times New Roman"/>
          <w:sz w:val="28"/>
          <w:szCs w:val="28"/>
          <w:lang w:val="ru-RU"/>
        </w:rPr>
      </w:pPr>
      <w:r>
        <w:rPr>
          <w:rFonts w:cs="Times New Roman"/>
          <w:sz w:val="28"/>
          <w:szCs w:val="28"/>
          <w:lang w:val="ru-RU"/>
        </w:rPr>
        <w:t xml:space="preserve">5.3. </w:t>
      </w:r>
      <w:r w:rsidRPr="00E3367B">
        <w:rPr>
          <w:rFonts w:cs="Times New Roman"/>
          <w:sz w:val="28"/>
          <w:szCs w:val="28"/>
          <w:lang w:val="ru-RU"/>
        </w:rPr>
        <w:t xml:space="preserve">Открыть терминал </w:t>
      </w:r>
      <w:r w:rsidRPr="00E3367B">
        <w:rPr>
          <w:rFonts w:cs="Times New Roman"/>
          <w:sz w:val="28"/>
          <w:szCs w:val="28"/>
        </w:rPr>
        <w:t>Linux</w:t>
      </w:r>
      <w:r w:rsidRPr="00E3367B">
        <w:rPr>
          <w:rFonts w:cs="Times New Roman"/>
          <w:sz w:val="28"/>
          <w:szCs w:val="28"/>
          <w:lang w:val="ru-RU"/>
        </w:rPr>
        <w:t>/</w:t>
      </w:r>
      <w:r w:rsidRPr="00E3367B">
        <w:rPr>
          <w:rFonts w:cs="Times New Roman"/>
          <w:sz w:val="28"/>
          <w:szCs w:val="28"/>
        </w:rPr>
        <w:t>WSL</w:t>
      </w:r>
      <w:r w:rsidRPr="00E3367B">
        <w:rPr>
          <w:rFonts w:cs="Times New Roman"/>
          <w:sz w:val="28"/>
          <w:szCs w:val="28"/>
          <w:lang w:val="ru-RU"/>
        </w:rPr>
        <w:t xml:space="preserve"> и перейти в корень пакета:</w:t>
      </w:r>
    </w:p>
    <w:p w14:paraId="30C70B48" w14:textId="77777777" w:rsidR="003E3E57" w:rsidRPr="002E766D" w:rsidRDefault="003E3E57" w:rsidP="00E3367B">
      <w:pPr>
        <w:spacing w:after="0" w:line="360" w:lineRule="auto"/>
        <w:ind w:firstLine="720"/>
        <w:jc w:val="both"/>
        <w:rPr>
          <w:rFonts w:cs="Times New Roman"/>
          <w:sz w:val="14"/>
          <w:szCs w:val="14"/>
          <w:lang w:val="ru-RU"/>
        </w:rPr>
      </w:pPr>
    </w:p>
    <w:p w14:paraId="5F088745" w14:textId="77777777" w:rsidR="003E3E57" w:rsidRPr="00E3367B" w:rsidRDefault="0021148C" w:rsidP="002E766D">
      <w:pPr>
        <w:spacing w:after="0" w:line="360" w:lineRule="auto"/>
        <w:ind w:firstLine="720"/>
        <w:jc w:val="center"/>
        <w:rPr>
          <w:rFonts w:cs="Times New Roman"/>
          <w:sz w:val="28"/>
          <w:szCs w:val="28"/>
        </w:rPr>
      </w:pPr>
      <w:r w:rsidRPr="00E3367B">
        <w:rPr>
          <w:rFonts w:eastAsia="Consolas" w:cs="Times New Roman"/>
          <w:sz w:val="28"/>
          <w:szCs w:val="28"/>
        </w:rPr>
        <w:t>cd /path/to/</w:t>
      </w:r>
      <w:bookmarkStart w:id="4" w:name="_Hlk232980755"/>
      <w:proofErr w:type="spellStart"/>
      <w:r w:rsidRPr="00E3367B">
        <w:rPr>
          <w:rFonts w:eastAsia="Consolas" w:cs="Times New Roman"/>
          <w:sz w:val="28"/>
          <w:szCs w:val="28"/>
        </w:rPr>
        <w:t>HDL_ShPS_Modulator</w:t>
      </w:r>
      <w:bookmarkEnd w:id="4"/>
      <w:proofErr w:type="spellEnd"/>
    </w:p>
    <w:p w14:paraId="653A5228" w14:textId="77777777" w:rsidR="003E3E57" w:rsidRPr="002E766D" w:rsidRDefault="003E3E57" w:rsidP="00E3367B">
      <w:pPr>
        <w:spacing w:after="0" w:line="360" w:lineRule="auto"/>
        <w:ind w:firstLine="720"/>
        <w:jc w:val="both"/>
        <w:rPr>
          <w:rFonts w:cs="Times New Roman"/>
          <w:sz w:val="14"/>
          <w:szCs w:val="14"/>
        </w:rPr>
      </w:pPr>
    </w:p>
    <w:p w14:paraId="096EBE8C" w14:textId="77777777" w:rsidR="003E3E57" w:rsidRPr="00E3367B" w:rsidRDefault="002E766D" w:rsidP="00E3367B">
      <w:pPr>
        <w:spacing w:after="0" w:line="360" w:lineRule="auto"/>
        <w:ind w:firstLine="720"/>
        <w:jc w:val="both"/>
        <w:rPr>
          <w:rFonts w:cs="Times New Roman"/>
          <w:sz w:val="28"/>
          <w:szCs w:val="28"/>
          <w:lang w:val="ru-RU"/>
        </w:rPr>
      </w:pPr>
      <w:r>
        <w:rPr>
          <w:rFonts w:cs="Times New Roman"/>
          <w:sz w:val="28"/>
          <w:szCs w:val="28"/>
          <w:lang w:val="ru-RU"/>
        </w:rPr>
        <w:t>5.4. Для п</w:t>
      </w:r>
      <w:r w:rsidRPr="00E3367B">
        <w:rPr>
          <w:rFonts w:cs="Times New Roman"/>
          <w:sz w:val="28"/>
          <w:szCs w:val="28"/>
          <w:lang w:val="ru-RU"/>
        </w:rPr>
        <w:t>одготовк</w:t>
      </w:r>
      <w:r>
        <w:rPr>
          <w:rFonts w:cs="Times New Roman"/>
          <w:sz w:val="28"/>
          <w:szCs w:val="28"/>
          <w:lang w:val="ru-RU"/>
        </w:rPr>
        <w:t>и</w:t>
      </w:r>
      <w:r w:rsidRPr="00E3367B">
        <w:rPr>
          <w:rFonts w:cs="Times New Roman"/>
          <w:sz w:val="28"/>
          <w:szCs w:val="28"/>
          <w:lang w:val="ru-RU"/>
        </w:rPr>
        <w:t xml:space="preserve"> окружения</w:t>
      </w:r>
      <w:r>
        <w:rPr>
          <w:rFonts w:cs="Times New Roman"/>
          <w:sz w:val="28"/>
          <w:szCs w:val="28"/>
          <w:lang w:val="ru-RU"/>
        </w:rPr>
        <w:t xml:space="preserve"> в</w:t>
      </w:r>
      <w:r w:rsidRPr="00E3367B">
        <w:rPr>
          <w:rFonts w:cs="Times New Roman"/>
          <w:sz w:val="28"/>
          <w:szCs w:val="28"/>
          <w:lang w:val="ru-RU"/>
        </w:rPr>
        <w:t>ыполнить:</w:t>
      </w:r>
    </w:p>
    <w:p w14:paraId="7890B78E" w14:textId="77777777" w:rsidR="003E3E57" w:rsidRPr="002E766D" w:rsidRDefault="003E3E57" w:rsidP="00E3367B">
      <w:pPr>
        <w:spacing w:after="0" w:line="360" w:lineRule="auto"/>
        <w:ind w:firstLine="720"/>
        <w:jc w:val="both"/>
        <w:rPr>
          <w:rFonts w:cs="Times New Roman"/>
          <w:sz w:val="14"/>
          <w:szCs w:val="14"/>
          <w:lang w:val="ru-RU"/>
        </w:rPr>
      </w:pPr>
    </w:p>
    <w:p w14:paraId="62DEB35A" w14:textId="77777777" w:rsidR="003E3E57" w:rsidRPr="00E3367B" w:rsidRDefault="0021148C" w:rsidP="002E766D">
      <w:pPr>
        <w:spacing w:after="0" w:line="360" w:lineRule="auto"/>
        <w:ind w:firstLine="720"/>
        <w:jc w:val="center"/>
        <w:rPr>
          <w:rFonts w:cs="Times New Roman"/>
          <w:sz w:val="28"/>
          <w:szCs w:val="28"/>
          <w:lang w:val="ru-RU"/>
        </w:rPr>
      </w:pPr>
      <w:r w:rsidRPr="00E3367B">
        <w:rPr>
          <w:rFonts w:eastAsia="Consolas" w:cs="Times New Roman"/>
          <w:sz w:val="28"/>
          <w:szCs w:val="28"/>
          <w:lang w:val="ru-RU"/>
        </w:rPr>
        <w:t>./</w:t>
      </w:r>
      <w:r w:rsidRPr="00E3367B">
        <w:rPr>
          <w:rFonts w:eastAsia="Consolas" w:cs="Times New Roman"/>
          <w:sz w:val="28"/>
          <w:szCs w:val="28"/>
        </w:rPr>
        <w:t>setup</w:t>
      </w:r>
      <w:r w:rsidRPr="00E3367B">
        <w:rPr>
          <w:rFonts w:eastAsia="Consolas" w:cs="Times New Roman"/>
          <w:sz w:val="28"/>
          <w:szCs w:val="28"/>
          <w:lang w:val="ru-RU"/>
        </w:rPr>
        <w:t>_</w:t>
      </w:r>
      <w:r w:rsidRPr="00E3367B">
        <w:rPr>
          <w:rFonts w:eastAsia="Consolas" w:cs="Times New Roman"/>
          <w:sz w:val="28"/>
          <w:szCs w:val="28"/>
        </w:rPr>
        <w:t>env</w:t>
      </w:r>
      <w:r w:rsidRPr="00E3367B">
        <w:rPr>
          <w:rFonts w:eastAsia="Consolas" w:cs="Times New Roman"/>
          <w:sz w:val="28"/>
          <w:szCs w:val="28"/>
          <w:lang w:val="ru-RU"/>
        </w:rPr>
        <w:t>.</w:t>
      </w:r>
      <w:proofErr w:type="spellStart"/>
      <w:r w:rsidRPr="00E3367B">
        <w:rPr>
          <w:rFonts w:eastAsia="Consolas" w:cs="Times New Roman"/>
          <w:sz w:val="28"/>
          <w:szCs w:val="28"/>
        </w:rPr>
        <w:t>sh</w:t>
      </w:r>
      <w:proofErr w:type="spellEnd"/>
    </w:p>
    <w:p w14:paraId="14936BC6" w14:textId="77777777" w:rsidR="003E3E57" w:rsidRPr="002E766D" w:rsidRDefault="003E3E57" w:rsidP="00E3367B">
      <w:pPr>
        <w:spacing w:after="0" w:line="360" w:lineRule="auto"/>
        <w:ind w:firstLine="720"/>
        <w:jc w:val="both"/>
        <w:rPr>
          <w:rFonts w:cs="Times New Roman"/>
          <w:sz w:val="14"/>
          <w:szCs w:val="14"/>
          <w:lang w:val="ru-RU"/>
        </w:rPr>
      </w:pPr>
    </w:p>
    <w:p w14:paraId="769A49DE" w14:textId="77777777" w:rsidR="003E3E57" w:rsidRPr="00E3367B" w:rsidRDefault="0021148C" w:rsidP="00E3367B">
      <w:pPr>
        <w:spacing w:after="0" w:line="360" w:lineRule="auto"/>
        <w:ind w:firstLine="720"/>
        <w:jc w:val="both"/>
        <w:rPr>
          <w:rFonts w:cs="Times New Roman"/>
          <w:sz w:val="28"/>
          <w:szCs w:val="28"/>
          <w:lang w:val="ru-RU"/>
        </w:rPr>
      </w:pPr>
      <w:r w:rsidRPr="00E3367B">
        <w:rPr>
          <w:rFonts w:cs="Times New Roman"/>
          <w:sz w:val="28"/>
          <w:szCs w:val="28"/>
          <w:lang w:val="ru-RU"/>
        </w:rPr>
        <w:t>Скрипт автоматически:</w:t>
      </w:r>
    </w:p>
    <w:p w14:paraId="1810B9AB" w14:textId="77777777" w:rsidR="003E3E57" w:rsidRPr="002E766D" w:rsidRDefault="0021148C" w:rsidP="002E766D">
      <w:pPr>
        <w:pStyle w:val="ae"/>
        <w:numPr>
          <w:ilvl w:val="0"/>
          <w:numId w:val="18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cs="Times New Roman"/>
          <w:sz w:val="28"/>
          <w:szCs w:val="28"/>
          <w:lang w:val="ru-RU"/>
        </w:rPr>
      </w:pPr>
      <w:r w:rsidRPr="002E766D">
        <w:rPr>
          <w:rFonts w:cs="Times New Roman"/>
          <w:sz w:val="28"/>
          <w:szCs w:val="28"/>
          <w:lang w:val="ru-RU"/>
        </w:rPr>
        <w:t>обновит индекс пакетов;</w:t>
      </w:r>
    </w:p>
    <w:p w14:paraId="54AF9DE0" w14:textId="77777777" w:rsidR="003E3E57" w:rsidRPr="002E766D" w:rsidRDefault="0021148C" w:rsidP="002E766D">
      <w:pPr>
        <w:pStyle w:val="ae"/>
        <w:numPr>
          <w:ilvl w:val="0"/>
          <w:numId w:val="18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cs="Times New Roman"/>
          <w:sz w:val="28"/>
          <w:szCs w:val="28"/>
          <w:lang w:val="ru-RU"/>
        </w:rPr>
      </w:pPr>
      <w:r w:rsidRPr="002E766D">
        <w:rPr>
          <w:rFonts w:cs="Times New Roman"/>
          <w:sz w:val="28"/>
          <w:szCs w:val="28"/>
          <w:lang w:val="ru-RU"/>
        </w:rPr>
        <w:t xml:space="preserve">установит </w:t>
      </w:r>
      <w:proofErr w:type="spellStart"/>
      <w:r w:rsidRPr="002E766D">
        <w:rPr>
          <w:rFonts w:eastAsia="Consolas" w:cs="Times New Roman"/>
          <w:sz w:val="28"/>
          <w:szCs w:val="28"/>
        </w:rPr>
        <w:t>iverilog</w:t>
      </w:r>
      <w:proofErr w:type="spellEnd"/>
      <w:r w:rsidRPr="002E766D">
        <w:rPr>
          <w:rFonts w:cs="Times New Roman"/>
          <w:sz w:val="28"/>
          <w:szCs w:val="28"/>
          <w:lang w:val="ru-RU"/>
        </w:rPr>
        <w:t xml:space="preserve">, </w:t>
      </w:r>
      <w:proofErr w:type="spellStart"/>
      <w:r w:rsidRPr="002E766D">
        <w:rPr>
          <w:rFonts w:eastAsia="Consolas" w:cs="Times New Roman"/>
          <w:sz w:val="28"/>
          <w:szCs w:val="28"/>
        </w:rPr>
        <w:t>vvp</w:t>
      </w:r>
      <w:proofErr w:type="spellEnd"/>
      <w:r w:rsidRPr="002E766D">
        <w:rPr>
          <w:rFonts w:cs="Times New Roman"/>
          <w:sz w:val="28"/>
          <w:szCs w:val="28"/>
          <w:lang w:val="ru-RU"/>
        </w:rPr>
        <w:t xml:space="preserve">, </w:t>
      </w:r>
      <w:proofErr w:type="spellStart"/>
      <w:r w:rsidRPr="002E766D">
        <w:rPr>
          <w:rFonts w:eastAsia="Consolas" w:cs="Times New Roman"/>
          <w:sz w:val="28"/>
          <w:szCs w:val="28"/>
        </w:rPr>
        <w:t>gtkwave</w:t>
      </w:r>
      <w:proofErr w:type="spellEnd"/>
      <w:r w:rsidRPr="002E766D">
        <w:rPr>
          <w:rFonts w:cs="Times New Roman"/>
          <w:sz w:val="28"/>
          <w:szCs w:val="28"/>
          <w:lang w:val="ru-RU"/>
        </w:rPr>
        <w:t>;</w:t>
      </w:r>
    </w:p>
    <w:p w14:paraId="70488286" w14:textId="77777777" w:rsidR="003E3E57" w:rsidRPr="002E766D" w:rsidRDefault="0021148C" w:rsidP="002E766D">
      <w:pPr>
        <w:pStyle w:val="ae"/>
        <w:numPr>
          <w:ilvl w:val="0"/>
          <w:numId w:val="18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cs="Times New Roman"/>
          <w:sz w:val="28"/>
          <w:szCs w:val="28"/>
          <w:lang w:val="ru-RU"/>
        </w:rPr>
      </w:pPr>
      <w:r w:rsidRPr="002E766D">
        <w:rPr>
          <w:rFonts w:cs="Times New Roman"/>
          <w:sz w:val="28"/>
          <w:szCs w:val="28"/>
          <w:lang w:val="ru-RU"/>
        </w:rPr>
        <w:t xml:space="preserve">установит </w:t>
      </w:r>
      <w:r w:rsidRPr="002E766D">
        <w:rPr>
          <w:rFonts w:eastAsia="Consolas" w:cs="Times New Roman"/>
          <w:sz w:val="28"/>
          <w:szCs w:val="28"/>
        </w:rPr>
        <w:t>python</w:t>
      </w:r>
      <w:r w:rsidRPr="002E766D">
        <w:rPr>
          <w:rFonts w:eastAsia="Consolas" w:cs="Times New Roman"/>
          <w:sz w:val="28"/>
          <w:szCs w:val="28"/>
          <w:lang w:val="ru-RU"/>
        </w:rPr>
        <w:t>3</w:t>
      </w:r>
      <w:r w:rsidRPr="002E766D">
        <w:rPr>
          <w:rFonts w:cs="Times New Roman"/>
          <w:sz w:val="28"/>
          <w:szCs w:val="28"/>
          <w:lang w:val="ru-RU"/>
        </w:rPr>
        <w:t xml:space="preserve"> и необходимые библиотеки;</w:t>
      </w:r>
    </w:p>
    <w:p w14:paraId="28C43AF4" w14:textId="77777777" w:rsidR="003E3E57" w:rsidRPr="002E766D" w:rsidRDefault="0021148C" w:rsidP="002E766D">
      <w:pPr>
        <w:pStyle w:val="ae"/>
        <w:numPr>
          <w:ilvl w:val="0"/>
          <w:numId w:val="18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cs="Times New Roman"/>
          <w:sz w:val="28"/>
          <w:szCs w:val="28"/>
          <w:lang w:val="ru-RU"/>
        </w:rPr>
      </w:pPr>
      <w:r w:rsidRPr="002E766D">
        <w:rPr>
          <w:rFonts w:cs="Times New Roman"/>
          <w:sz w:val="28"/>
          <w:szCs w:val="28"/>
          <w:lang w:val="ru-RU"/>
        </w:rPr>
        <w:t>проверит доступность основных команд.</w:t>
      </w:r>
    </w:p>
    <w:p w14:paraId="0B166841" w14:textId="77777777" w:rsidR="003E3E57" w:rsidRPr="00E3367B" w:rsidRDefault="003E3E57" w:rsidP="00E3367B">
      <w:pPr>
        <w:spacing w:after="0" w:line="360" w:lineRule="auto"/>
        <w:ind w:firstLine="720"/>
        <w:jc w:val="both"/>
        <w:rPr>
          <w:rFonts w:cs="Times New Roman"/>
          <w:sz w:val="28"/>
          <w:szCs w:val="28"/>
          <w:lang w:val="ru-RU"/>
        </w:rPr>
      </w:pPr>
    </w:p>
    <w:p w14:paraId="75AA2F45" w14:textId="77777777" w:rsidR="003E3E57" w:rsidRPr="002E766D" w:rsidRDefault="0021148C" w:rsidP="00E3367B">
      <w:pPr>
        <w:spacing w:after="0" w:line="360" w:lineRule="auto"/>
        <w:ind w:firstLine="720"/>
        <w:jc w:val="both"/>
        <w:rPr>
          <w:rFonts w:cs="Times New Roman"/>
          <w:sz w:val="28"/>
          <w:szCs w:val="28"/>
          <w:lang w:val="ru-RU"/>
        </w:rPr>
      </w:pPr>
      <w:r w:rsidRPr="00E3367B">
        <w:rPr>
          <w:rFonts w:cs="Times New Roman"/>
          <w:sz w:val="28"/>
          <w:szCs w:val="28"/>
          <w:lang w:val="ru-RU"/>
        </w:rPr>
        <w:t>5.</w:t>
      </w:r>
      <w:r w:rsidR="002E766D">
        <w:rPr>
          <w:rFonts w:cs="Times New Roman"/>
          <w:sz w:val="28"/>
          <w:szCs w:val="28"/>
          <w:lang w:val="ru-RU"/>
        </w:rPr>
        <w:t>5</w:t>
      </w:r>
      <w:r w:rsidRPr="00E3367B">
        <w:rPr>
          <w:rFonts w:cs="Times New Roman"/>
          <w:sz w:val="28"/>
          <w:szCs w:val="28"/>
          <w:lang w:val="ru-RU"/>
        </w:rPr>
        <w:t xml:space="preserve">. </w:t>
      </w:r>
      <w:r w:rsidR="002E766D">
        <w:rPr>
          <w:rFonts w:cs="Times New Roman"/>
          <w:sz w:val="28"/>
          <w:szCs w:val="28"/>
          <w:lang w:val="ru-RU"/>
        </w:rPr>
        <w:t>Для проверки корректности</w:t>
      </w:r>
      <w:r w:rsidRPr="00E3367B">
        <w:rPr>
          <w:rFonts w:cs="Times New Roman"/>
          <w:sz w:val="28"/>
          <w:szCs w:val="28"/>
          <w:lang w:val="ru-RU"/>
        </w:rPr>
        <w:t xml:space="preserve"> установки</w:t>
      </w:r>
      <w:r w:rsidR="002E766D">
        <w:rPr>
          <w:rFonts w:cs="Times New Roman"/>
          <w:sz w:val="28"/>
          <w:szCs w:val="28"/>
          <w:lang w:val="ru-RU"/>
        </w:rPr>
        <w:t xml:space="preserve"> в</w:t>
      </w:r>
      <w:r w:rsidRPr="002E766D">
        <w:rPr>
          <w:rFonts w:cs="Times New Roman"/>
          <w:sz w:val="28"/>
          <w:szCs w:val="28"/>
          <w:lang w:val="ru-RU"/>
        </w:rPr>
        <w:t>ыполнить:</w:t>
      </w:r>
    </w:p>
    <w:p w14:paraId="1CE469F9" w14:textId="77777777" w:rsidR="003E3E57" w:rsidRPr="002E766D" w:rsidRDefault="003E3E57" w:rsidP="00E3367B">
      <w:pPr>
        <w:spacing w:after="0" w:line="360" w:lineRule="auto"/>
        <w:ind w:firstLine="720"/>
        <w:jc w:val="both"/>
        <w:rPr>
          <w:rFonts w:cs="Times New Roman"/>
          <w:sz w:val="14"/>
          <w:szCs w:val="14"/>
          <w:lang w:val="ru-RU"/>
        </w:rPr>
      </w:pPr>
    </w:p>
    <w:p w14:paraId="01C22B56" w14:textId="77777777" w:rsidR="003E3E57" w:rsidRPr="00E3367B" w:rsidRDefault="0021148C" w:rsidP="002E766D">
      <w:pPr>
        <w:spacing w:after="0" w:line="360" w:lineRule="auto"/>
        <w:ind w:firstLine="720"/>
        <w:jc w:val="center"/>
        <w:rPr>
          <w:rFonts w:cs="Times New Roman"/>
          <w:sz w:val="28"/>
          <w:szCs w:val="28"/>
        </w:rPr>
      </w:pPr>
      <w:proofErr w:type="spellStart"/>
      <w:r w:rsidRPr="00E3367B">
        <w:rPr>
          <w:rFonts w:eastAsia="Consolas" w:cs="Times New Roman"/>
          <w:sz w:val="28"/>
          <w:szCs w:val="28"/>
        </w:rPr>
        <w:t>iverilog</w:t>
      </w:r>
      <w:proofErr w:type="spellEnd"/>
      <w:r w:rsidRPr="00E3367B">
        <w:rPr>
          <w:rFonts w:eastAsia="Consolas" w:cs="Times New Roman"/>
          <w:sz w:val="28"/>
          <w:szCs w:val="28"/>
        </w:rPr>
        <w:t xml:space="preserve"> -V</w:t>
      </w:r>
    </w:p>
    <w:p w14:paraId="1105265C" w14:textId="77777777" w:rsidR="003E3E57" w:rsidRPr="00E3367B" w:rsidRDefault="0021148C" w:rsidP="002E766D">
      <w:pPr>
        <w:spacing w:after="0" w:line="360" w:lineRule="auto"/>
        <w:ind w:firstLine="720"/>
        <w:jc w:val="center"/>
        <w:rPr>
          <w:rFonts w:cs="Times New Roman"/>
          <w:sz w:val="28"/>
          <w:szCs w:val="28"/>
        </w:rPr>
      </w:pPr>
      <w:proofErr w:type="spellStart"/>
      <w:r w:rsidRPr="00E3367B">
        <w:rPr>
          <w:rFonts w:eastAsia="Consolas" w:cs="Times New Roman"/>
          <w:sz w:val="28"/>
          <w:szCs w:val="28"/>
        </w:rPr>
        <w:t>vvp</w:t>
      </w:r>
      <w:proofErr w:type="spellEnd"/>
      <w:r w:rsidRPr="00E3367B">
        <w:rPr>
          <w:rFonts w:eastAsia="Consolas" w:cs="Times New Roman"/>
          <w:sz w:val="28"/>
          <w:szCs w:val="28"/>
        </w:rPr>
        <w:t xml:space="preserve"> -V</w:t>
      </w:r>
    </w:p>
    <w:p w14:paraId="0D9D6008" w14:textId="77777777" w:rsidR="003E3E57" w:rsidRPr="00E3367B" w:rsidRDefault="0021148C" w:rsidP="002E766D">
      <w:pPr>
        <w:spacing w:after="0" w:line="360" w:lineRule="auto"/>
        <w:ind w:firstLine="720"/>
        <w:jc w:val="center"/>
        <w:rPr>
          <w:rFonts w:cs="Times New Roman"/>
          <w:sz w:val="28"/>
          <w:szCs w:val="28"/>
        </w:rPr>
      </w:pPr>
      <w:r w:rsidRPr="00E3367B">
        <w:rPr>
          <w:rFonts w:eastAsia="Consolas" w:cs="Times New Roman"/>
          <w:sz w:val="28"/>
          <w:szCs w:val="28"/>
        </w:rPr>
        <w:lastRenderedPageBreak/>
        <w:t>python3 --version</w:t>
      </w:r>
    </w:p>
    <w:p w14:paraId="6979DDC2" w14:textId="77777777" w:rsidR="003E3E57" w:rsidRPr="002E766D" w:rsidRDefault="003E3E57" w:rsidP="00E3367B">
      <w:pPr>
        <w:spacing w:after="0" w:line="360" w:lineRule="auto"/>
        <w:ind w:firstLine="720"/>
        <w:jc w:val="both"/>
        <w:rPr>
          <w:rFonts w:cs="Times New Roman"/>
          <w:sz w:val="14"/>
          <w:szCs w:val="14"/>
        </w:rPr>
      </w:pPr>
    </w:p>
    <w:p w14:paraId="033D46EE" w14:textId="77777777" w:rsidR="003E3E57" w:rsidRPr="00E3367B" w:rsidRDefault="0021148C" w:rsidP="00E3367B">
      <w:pPr>
        <w:spacing w:after="0" w:line="360" w:lineRule="auto"/>
        <w:ind w:firstLine="720"/>
        <w:jc w:val="both"/>
        <w:rPr>
          <w:rFonts w:cs="Times New Roman"/>
          <w:sz w:val="28"/>
          <w:szCs w:val="28"/>
          <w:lang w:val="ru-RU"/>
        </w:rPr>
      </w:pPr>
      <w:r w:rsidRPr="00E3367B">
        <w:rPr>
          <w:rFonts w:cs="Times New Roman"/>
          <w:sz w:val="28"/>
          <w:szCs w:val="28"/>
          <w:lang w:val="ru-RU"/>
        </w:rPr>
        <w:t>Если команды выполняются успешно, среда готова.</w:t>
      </w:r>
    </w:p>
    <w:p w14:paraId="60D6B7B4" w14:textId="77777777" w:rsidR="003E3E57" w:rsidRPr="00E3367B" w:rsidRDefault="005D35AF" w:rsidP="00E3367B">
      <w:pPr>
        <w:spacing w:after="0" w:line="360" w:lineRule="auto"/>
        <w:ind w:firstLine="720"/>
        <w:jc w:val="both"/>
        <w:rPr>
          <w:rFonts w:cs="Times New Roman"/>
          <w:sz w:val="28"/>
          <w:szCs w:val="28"/>
          <w:lang w:val="ru-RU"/>
        </w:rPr>
      </w:pPr>
      <w:r>
        <w:rPr>
          <w:rFonts w:cs="Times New Roman"/>
          <w:sz w:val="28"/>
          <w:szCs w:val="28"/>
          <w:lang w:val="ru-RU"/>
        </w:rPr>
        <w:t>5.</w:t>
      </w:r>
      <w:r w:rsidRPr="00E3367B">
        <w:rPr>
          <w:rFonts w:cs="Times New Roman"/>
          <w:sz w:val="28"/>
          <w:szCs w:val="28"/>
          <w:lang w:val="ru-RU"/>
        </w:rPr>
        <w:t xml:space="preserve">6. </w:t>
      </w:r>
      <w:r>
        <w:rPr>
          <w:rFonts w:cs="Times New Roman"/>
          <w:sz w:val="28"/>
          <w:szCs w:val="28"/>
          <w:lang w:val="ru-RU"/>
        </w:rPr>
        <w:t>П</w:t>
      </w:r>
      <w:r w:rsidRPr="00E3367B">
        <w:rPr>
          <w:rFonts w:cs="Times New Roman"/>
          <w:sz w:val="28"/>
          <w:szCs w:val="28"/>
          <w:lang w:val="ru-RU"/>
        </w:rPr>
        <w:t>осле развертывания</w:t>
      </w:r>
      <w:r>
        <w:rPr>
          <w:rFonts w:cs="Times New Roman"/>
          <w:sz w:val="28"/>
          <w:szCs w:val="28"/>
          <w:lang w:val="ru-RU"/>
        </w:rPr>
        <w:t xml:space="preserve"> необходимо</w:t>
      </w:r>
      <w:r w:rsidRPr="00E3367B">
        <w:rPr>
          <w:rFonts w:cs="Times New Roman"/>
          <w:sz w:val="28"/>
          <w:szCs w:val="28"/>
          <w:lang w:val="ru-RU"/>
        </w:rPr>
        <w:t xml:space="preserve"> выполнить:</w:t>
      </w:r>
    </w:p>
    <w:p w14:paraId="28526AC8" w14:textId="77777777" w:rsidR="003E3E57" w:rsidRPr="002E766D" w:rsidRDefault="003E3E57" w:rsidP="00E3367B">
      <w:pPr>
        <w:spacing w:after="0" w:line="360" w:lineRule="auto"/>
        <w:ind w:firstLine="720"/>
        <w:jc w:val="both"/>
        <w:rPr>
          <w:rFonts w:cs="Times New Roman"/>
          <w:sz w:val="14"/>
          <w:szCs w:val="14"/>
          <w:lang w:val="ru-RU"/>
        </w:rPr>
      </w:pPr>
    </w:p>
    <w:p w14:paraId="7CD744D5" w14:textId="77777777" w:rsidR="003E3E57" w:rsidRPr="00E3367B" w:rsidRDefault="0021148C" w:rsidP="002E766D">
      <w:pPr>
        <w:spacing w:after="0" w:line="360" w:lineRule="auto"/>
        <w:ind w:firstLine="720"/>
        <w:jc w:val="center"/>
        <w:rPr>
          <w:rFonts w:cs="Times New Roman"/>
          <w:sz w:val="28"/>
          <w:szCs w:val="28"/>
          <w:lang w:val="ru-RU"/>
        </w:rPr>
      </w:pPr>
      <w:r w:rsidRPr="00E3367B">
        <w:rPr>
          <w:rFonts w:eastAsia="Consolas" w:cs="Times New Roman"/>
          <w:sz w:val="28"/>
          <w:szCs w:val="28"/>
          <w:lang w:val="ru-RU"/>
        </w:rPr>
        <w:t>./</w:t>
      </w:r>
      <w:r w:rsidRPr="00E3367B">
        <w:rPr>
          <w:rFonts w:eastAsia="Consolas" w:cs="Times New Roman"/>
          <w:sz w:val="28"/>
          <w:szCs w:val="28"/>
        </w:rPr>
        <w:t>run</w:t>
      </w:r>
      <w:r w:rsidRPr="00E3367B">
        <w:rPr>
          <w:rFonts w:eastAsia="Consolas" w:cs="Times New Roman"/>
          <w:sz w:val="28"/>
          <w:szCs w:val="28"/>
          <w:lang w:val="ru-RU"/>
        </w:rPr>
        <w:t>_</w:t>
      </w:r>
      <w:proofErr w:type="spellStart"/>
      <w:r w:rsidRPr="00E3367B">
        <w:rPr>
          <w:rFonts w:eastAsia="Consolas" w:cs="Times New Roman"/>
          <w:sz w:val="28"/>
          <w:szCs w:val="28"/>
        </w:rPr>
        <w:t>icarus</w:t>
      </w:r>
      <w:proofErr w:type="spellEnd"/>
      <w:r w:rsidRPr="00E3367B">
        <w:rPr>
          <w:rFonts w:eastAsia="Consolas" w:cs="Times New Roman"/>
          <w:sz w:val="28"/>
          <w:szCs w:val="28"/>
          <w:lang w:val="ru-RU"/>
        </w:rPr>
        <w:t>.</w:t>
      </w:r>
      <w:proofErr w:type="spellStart"/>
      <w:r w:rsidRPr="00E3367B">
        <w:rPr>
          <w:rFonts w:eastAsia="Consolas" w:cs="Times New Roman"/>
          <w:sz w:val="28"/>
          <w:szCs w:val="28"/>
        </w:rPr>
        <w:t>sh</w:t>
      </w:r>
      <w:proofErr w:type="spellEnd"/>
    </w:p>
    <w:p w14:paraId="697898D6" w14:textId="77777777" w:rsidR="003E3E57" w:rsidRPr="002E766D" w:rsidRDefault="003E3E57" w:rsidP="00E3367B">
      <w:pPr>
        <w:spacing w:after="0" w:line="360" w:lineRule="auto"/>
        <w:ind w:firstLine="720"/>
        <w:jc w:val="both"/>
        <w:rPr>
          <w:rFonts w:cs="Times New Roman"/>
          <w:sz w:val="12"/>
          <w:szCs w:val="12"/>
          <w:lang w:val="ru-RU"/>
        </w:rPr>
      </w:pPr>
    </w:p>
    <w:p w14:paraId="528C3484" w14:textId="77777777" w:rsidR="003E3E57" w:rsidRPr="00E3367B" w:rsidRDefault="0021148C" w:rsidP="00E3367B">
      <w:pPr>
        <w:spacing w:after="0" w:line="360" w:lineRule="auto"/>
        <w:ind w:firstLine="720"/>
        <w:jc w:val="both"/>
        <w:rPr>
          <w:rFonts w:cs="Times New Roman"/>
          <w:sz w:val="28"/>
          <w:szCs w:val="28"/>
          <w:lang w:val="ru-RU"/>
        </w:rPr>
      </w:pPr>
      <w:r w:rsidRPr="00E3367B">
        <w:rPr>
          <w:rFonts w:cs="Times New Roman"/>
          <w:sz w:val="28"/>
          <w:szCs w:val="28"/>
          <w:lang w:val="ru-RU"/>
        </w:rPr>
        <w:t>Ожидаемые результаты:</w:t>
      </w:r>
    </w:p>
    <w:p w14:paraId="67C77F92" w14:textId="77777777" w:rsidR="003E3E57" w:rsidRPr="002E766D" w:rsidRDefault="0021148C" w:rsidP="002E766D">
      <w:pPr>
        <w:pStyle w:val="ae"/>
        <w:numPr>
          <w:ilvl w:val="0"/>
          <w:numId w:val="19"/>
        </w:numPr>
        <w:spacing w:after="0" w:line="360" w:lineRule="auto"/>
        <w:ind w:left="0" w:firstLine="851"/>
        <w:jc w:val="both"/>
        <w:rPr>
          <w:rFonts w:cs="Times New Roman"/>
          <w:sz w:val="28"/>
          <w:szCs w:val="28"/>
          <w:lang w:val="ru-RU"/>
        </w:rPr>
      </w:pPr>
      <w:r w:rsidRPr="002E766D">
        <w:rPr>
          <w:rFonts w:cs="Times New Roman"/>
          <w:sz w:val="28"/>
          <w:szCs w:val="28"/>
          <w:lang w:val="ru-RU"/>
        </w:rPr>
        <w:t xml:space="preserve">создается каталог </w:t>
      </w:r>
      <w:r w:rsidRPr="002E766D">
        <w:rPr>
          <w:rFonts w:eastAsia="Consolas" w:cs="Times New Roman"/>
          <w:sz w:val="28"/>
          <w:szCs w:val="28"/>
        </w:rPr>
        <w:t>build</w:t>
      </w:r>
      <w:r w:rsidRPr="002E766D">
        <w:rPr>
          <w:rFonts w:eastAsia="Consolas" w:cs="Times New Roman"/>
          <w:sz w:val="28"/>
          <w:szCs w:val="28"/>
          <w:lang w:val="ru-RU"/>
        </w:rPr>
        <w:t>/</w:t>
      </w:r>
      <w:r w:rsidRPr="002E766D">
        <w:rPr>
          <w:rFonts w:cs="Times New Roman"/>
          <w:sz w:val="28"/>
          <w:szCs w:val="28"/>
          <w:lang w:val="ru-RU"/>
        </w:rPr>
        <w:t>, если его не было;</w:t>
      </w:r>
    </w:p>
    <w:p w14:paraId="6B75F926" w14:textId="77777777" w:rsidR="003E3E57" w:rsidRPr="002E766D" w:rsidRDefault="0021148C" w:rsidP="002E766D">
      <w:pPr>
        <w:pStyle w:val="ae"/>
        <w:numPr>
          <w:ilvl w:val="0"/>
          <w:numId w:val="19"/>
        </w:numPr>
        <w:spacing w:after="0" w:line="360" w:lineRule="auto"/>
        <w:ind w:left="0" w:firstLine="851"/>
        <w:jc w:val="both"/>
        <w:rPr>
          <w:rFonts w:cs="Times New Roman"/>
          <w:sz w:val="28"/>
          <w:szCs w:val="28"/>
          <w:lang w:val="ru-RU"/>
        </w:rPr>
      </w:pPr>
      <w:r w:rsidRPr="002E766D">
        <w:rPr>
          <w:rFonts w:cs="Times New Roman"/>
          <w:sz w:val="28"/>
          <w:szCs w:val="28"/>
          <w:lang w:val="ru-RU"/>
        </w:rPr>
        <w:t xml:space="preserve">формируется </w:t>
      </w:r>
      <w:r w:rsidRPr="002E766D">
        <w:rPr>
          <w:rFonts w:eastAsia="Consolas" w:cs="Times New Roman"/>
          <w:sz w:val="28"/>
          <w:szCs w:val="28"/>
        </w:rPr>
        <w:t>build</w:t>
      </w:r>
      <w:r w:rsidRPr="002E766D">
        <w:rPr>
          <w:rFonts w:eastAsia="Consolas" w:cs="Times New Roman"/>
          <w:sz w:val="28"/>
          <w:szCs w:val="28"/>
          <w:lang w:val="ru-RU"/>
        </w:rPr>
        <w:t>/</w:t>
      </w:r>
      <w:r w:rsidRPr="002E766D">
        <w:rPr>
          <w:rFonts w:eastAsia="Consolas" w:cs="Times New Roman"/>
          <w:sz w:val="28"/>
          <w:szCs w:val="28"/>
        </w:rPr>
        <w:t>sim</w:t>
      </w:r>
      <w:r w:rsidRPr="002E766D">
        <w:rPr>
          <w:rFonts w:eastAsia="Consolas" w:cs="Times New Roman"/>
          <w:sz w:val="28"/>
          <w:szCs w:val="28"/>
          <w:lang w:val="ru-RU"/>
        </w:rPr>
        <w:t>.</w:t>
      </w:r>
      <w:r w:rsidRPr="002E766D">
        <w:rPr>
          <w:rFonts w:eastAsia="Consolas" w:cs="Times New Roman"/>
          <w:sz w:val="28"/>
          <w:szCs w:val="28"/>
        </w:rPr>
        <w:t>log</w:t>
      </w:r>
      <w:r w:rsidRPr="002E766D">
        <w:rPr>
          <w:rFonts w:cs="Times New Roman"/>
          <w:sz w:val="28"/>
          <w:szCs w:val="28"/>
          <w:lang w:val="ru-RU"/>
        </w:rPr>
        <w:t>;</w:t>
      </w:r>
    </w:p>
    <w:p w14:paraId="27E42356" w14:textId="77777777" w:rsidR="003E3E57" w:rsidRPr="00033AEE" w:rsidRDefault="0021148C" w:rsidP="002E766D">
      <w:pPr>
        <w:pStyle w:val="ae"/>
        <w:numPr>
          <w:ilvl w:val="0"/>
          <w:numId w:val="19"/>
        </w:numPr>
        <w:spacing w:after="0" w:line="360" w:lineRule="auto"/>
        <w:ind w:left="0" w:firstLine="851"/>
        <w:jc w:val="both"/>
        <w:rPr>
          <w:rFonts w:cs="Times New Roman"/>
          <w:sz w:val="28"/>
          <w:szCs w:val="28"/>
        </w:rPr>
      </w:pPr>
      <w:r w:rsidRPr="002E766D">
        <w:rPr>
          <w:rFonts w:cs="Times New Roman"/>
          <w:sz w:val="28"/>
          <w:szCs w:val="28"/>
          <w:lang w:val="ru-RU"/>
        </w:rPr>
        <w:t>формируется</w:t>
      </w:r>
      <w:r w:rsidRPr="00033AEE">
        <w:rPr>
          <w:rFonts w:cs="Times New Roman"/>
          <w:sz w:val="28"/>
          <w:szCs w:val="28"/>
        </w:rPr>
        <w:t xml:space="preserve"> </w:t>
      </w:r>
      <w:r w:rsidRPr="002E766D">
        <w:rPr>
          <w:rFonts w:eastAsia="Consolas" w:cs="Times New Roman"/>
          <w:sz w:val="28"/>
          <w:szCs w:val="28"/>
        </w:rPr>
        <w:t>build</w:t>
      </w:r>
      <w:r w:rsidRPr="00033AEE">
        <w:rPr>
          <w:rFonts w:eastAsia="Consolas" w:cs="Times New Roman"/>
          <w:sz w:val="28"/>
          <w:szCs w:val="28"/>
        </w:rPr>
        <w:t>/</w:t>
      </w:r>
      <w:r w:rsidRPr="002E766D">
        <w:rPr>
          <w:rFonts w:eastAsia="Consolas" w:cs="Times New Roman"/>
          <w:sz w:val="28"/>
          <w:szCs w:val="28"/>
        </w:rPr>
        <w:t>result</w:t>
      </w:r>
      <w:r w:rsidRPr="00033AEE">
        <w:rPr>
          <w:rFonts w:eastAsia="Consolas" w:cs="Times New Roman"/>
          <w:sz w:val="28"/>
          <w:szCs w:val="28"/>
        </w:rPr>
        <w:t>_</w:t>
      </w:r>
      <w:r w:rsidRPr="002E766D">
        <w:rPr>
          <w:rFonts w:eastAsia="Consolas" w:cs="Times New Roman"/>
          <w:sz w:val="28"/>
          <w:szCs w:val="28"/>
        </w:rPr>
        <w:t>samples</w:t>
      </w:r>
      <w:r w:rsidRPr="00033AEE">
        <w:rPr>
          <w:rFonts w:eastAsia="Consolas" w:cs="Times New Roman"/>
          <w:sz w:val="28"/>
          <w:szCs w:val="28"/>
        </w:rPr>
        <w:t>.</w:t>
      </w:r>
      <w:r w:rsidRPr="002E766D">
        <w:rPr>
          <w:rFonts w:eastAsia="Consolas" w:cs="Times New Roman"/>
          <w:sz w:val="28"/>
          <w:szCs w:val="28"/>
        </w:rPr>
        <w:t>csv</w:t>
      </w:r>
      <w:r w:rsidRPr="00033AEE">
        <w:rPr>
          <w:rFonts w:cs="Times New Roman"/>
          <w:sz w:val="28"/>
          <w:szCs w:val="28"/>
        </w:rPr>
        <w:t>;</w:t>
      </w:r>
    </w:p>
    <w:p w14:paraId="762C6FE2" w14:textId="77777777" w:rsidR="003E3E57" w:rsidRPr="002E766D" w:rsidRDefault="0021148C" w:rsidP="002E766D">
      <w:pPr>
        <w:pStyle w:val="ae"/>
        <w:numPr>
          <w:ilvl w:val="0"/>
          <w:numId w:val="19"/>
        </w:numPr>
        <w:spacing w:after="0" w:line="360" w:lineRule="auto"/>
        <w:ind w:left="0" w:firstLine="851"/>
        <w:jc w:val="both"/>
        <w:rPr>
          <w:rFonts w:cs="Times New Roman"/>
          <w:sz w:val="28"/>
          <w:szCs w:val="28"/>
        </w:rPr>
      </w:pPr>
      <w:proofErr w:type="spellStart"/>
      <w:r w:rsidRPr="002E766D">
        <w:rPr>
          <w:rFonts w:cs="Times New Roman"/>
          <w:sz w:val="28"/>
          <w:szCs w:val="28"/>
        </w:rPr>
        <w:t>формируется</w:t>
      </w:r>
      <w:proofErr w:type="spellEnd"/>
      <w:r w:rsidRPr="002E766D">
        <w:rPr>
          <w:rFonts w:cs="Times New Roman"/>
          <w:sz w:val="28"/>
          <w:szCs w:val="28"/>
        </w:rPr>
        <w:t xml:space="preserve"> </w:t>
      </w:r>
      <w:r w:rsidRPr="002E766D">
        <w:rPr>
          <w:rFonts w:eastAsia="Consolas" w:cs="Times New Roman"/>
          <w:sz w:val="28"/>
          <w:szCs w:val="28"/>
        </w:rPr>
        <w:t>build/result_signal_plots.png</w:t>
      </w:r>
      <w:r w:rsidRPr="002E766D">
        <w:rPr>
          <w:rFonts w:cs="Times New Roman"/>
          <w:sz w:val="28"/>
          <w:szCs w:val="28"/>
        </w:rPr>
        <w:t>.</w:t>
      </w:r>
    </w:p>
    <w:p w14:paraId="21CD228C" w14:textId="77777777" w:rsidR="003E3E57" w:rsidRPr="00E3367B" w:rsidRDefault="0021148C" w:rsidP="00E3367B">
      <w:pPr>
        <w:spacing w:after="0" w:line="360" w:lineRule="auto"/>
        <w:ind w:firstLine="720"/>
        <w:jc w:val="both"/>
        <w:rPr>
          <w:rFonts w:cs="Times New Roman"/>
          <w:sz w:val="28"/>
          <w:szCs w:val="28"/>
          <w:lang w:val="ru-RU"/>
        </w:rPr>
      </w:pPr>
      <w:r w:rsidRPr="00E3367B">
        <w:rPr>
          <w:rFonts w:cs="Times New Roman"/>
          <w:sz w:val="28"/>
          <w:szCs w:val="28"/>
          <w:lang w:val="ru-RU"/>
        </w:rPr>
        <w:t xml:space="preserve">Если все три файла появились и в логе нет сообщений </w:t>
      </w:r>
      <w:r w:rsidRPr="00E3367B">
        <w:rPr>
          <w:rFonts w:eastAsia="Consolas" w:cs="Times New Roman"/>
          <w:sz w:val="28"/>
          <w:szCs w:val="28"/>
          <w:lang w:val="ru-RU"/>
        </w:rPr>
        <w:t>[ОШИБКА]</w:t>
      </w:r>
      <w:r w:rsidRPr="00E3367B">
        <w:rPr>
          <w:rFonts w:cs="Times New Roman"/>
          <w:sz w:val="28"/>
          <w:szCs w:val="28"/>
          <w:lang w:val="ru-RU"/>
        </w:rPr>
        <w:t>, развертывание можно считать успешным.</w:t>
      </w:r>
    </w:p>
    <w:p w14:paraId="55B308A2" w14:textId="77777777" w:rsidR="003E3E57" w:rsidRPr="00E3367B" w:rsidRDefault="005D35AF" w:rsidP="00E3367B">
      <w:pPr>
        <w:spacing w:after="0" w:line="360" w:lineRule="auto"/>
        <w:ind w:firstLine="720"/>
        <w:jc w:val="both"/>
        <w:rPr>
          <w:rFonts w:cs="Times New Roman"/>
          <w:sz w:val="28"/>
          <w:szCs w:val="28"/>
          <w:lang w:val="ru-RU"/>
        </w:rPr>
      </w:pPr>
      <w:r>
        <w:rPr>
          <w:rFonts w:cs="Times New Roman"/>
          <w:sz w:val="28"/>
          <w:szCs w:val="28"/>
          <w:lang w:val="ru-RU"/>
        </w:rPr>
        <w:t>5.</w:t>
      </w:r>
      <w:r w:rsidRPr="00E3367B">
        <w:rPr>
          <w:rFonts w:cs="Times New Roman"/>
          <w:sz w:val="28"/>
          <w:szCs w:val="28"/>
          <w:lang w:val="ru-RU"/>
        </w:rPr>
        <w:t xml:space="preserve">7. </w:t>
      </w:r>
      <w:r>
        <w:rPr>
          <w:rFonts w:cs="Times New Roman"/>
          <w:sz w:val="28"/>
          <w:szCs w:val="28"/>
          <w:lang w:val="ru-RU"/>
        </w:rPr>
        <w:t xml:space="preserve">Для полного </w:t>
      </w:r>
      <w:r w:rsidRPr="00E3367B">
        <w:rPr>
          <w:rFonts w:cs="Times New Roman"/>
          <w:sz w:val="28"/>
          <w:szCs w:val="28"/>
          <w:lang w:val="ru-RU"/>
        </w:rPr>
        <w:t>контрольн</w:t>
      </w:r>
      <w:r>
        <w:rPr>
          <w:rFonts w:cs="Times New Roman"/>
          <w:sz w:val="28"/>
          <w:szCs w:val="28"/>
          <w:lang w:val="ru-RU"/>
        </w:rPr>
        <w:t>ого</w:t>
      </w:r>
      <w:r w:rsidRPr="00E3367B">
        <w:rPr>
          <w:rFonts w:cs="Times New Roman"/>
          <w:sz w:val="28"/>
          <w:szCs w:val="28"/>
          <w:lang w:val="ru-RU"/>
        </w:rPr>
        <w:t xml:space="preserve"> запуск</w:t>
      </w:r>
      <w:r>
        <w:rPr>
          <w:rFonts w:cs="Times New Roman"/>
          <w:sz w:val="28"/>
          <w:szCs w:val="28"/>
          <w:lang w:val="ru-RU"/>
        </w:rPr>
        <w:t>а</w:t>
      </w:r>
      <w:r w:rsidRPr="00E3367B">
        <w:rPr>
          <w:rFonts w:cs="Times New Roman"/>
          <w:sz w:val="28"/>
          <w:szCs w:val="28"/>
          <w:lang w:val="ru-RU"/>
        </w:rPr>
        <w:t xml:space="preserve"> после развертывания</w:t>
      </w:r>
      <w:r>
        <w:rPr>
          <w:rFonts w:cs="Times New Roman"/>
          <w:sz w:val="28"/>
          <w:szCs w:val="28"/>
          <w:lang w:val="ru-RU"/>
        </w:rPr>
        <w:t xml:space="preserve"> р</w:t>
      </w:r>
      <w:r w:rsidRPr="00E3367B">
        <w:rPr>
          <w:rFonts w:cs="Times New Roman"/>
          <w:sz w:val="28"/>
          <w:szCs w:val="28"/>
          <w:lang w:val="ru-RU"/>
        </w:rPr>
        <w:t>екомендуется выполнить последовательно:</w:t>
      </w:r>
    </w:p>
    <w:p w14:paraId="505F1C65" w14:textId="77777777" w:rsidR="003E3E57" w:rsidRPr="005D35AF" w:rsidRDefault="003E3E57" w:rsidP="00E3367B">
      <w:pPr>
        <w:spacing w:after="0" w:line="360" w:lineRule="auto"/>
        <w:ind w:firstLine="720"/>
        <w:jc w:val="both"/>
        <w:rPr>
          <w:rFonts w:cs="Times New Roman"/>
          <w:sz w:val="20"/>
          <w:szCs w:val="20"/>
          <w:lang w:val="ru-RU"/>
        </w:rPr>
      </w:pPr>
    </w:p>
    <w:p w14:paraId="6BD13DF5" w14:textId="77777777" w:rsidR="003E3E57" w:rsidRPr="00E3367B" w:rsidRDefault="0021148C" w:rsidP="005D35AF">
      <w:pPr>
        <w:spacing w:after="0" w:line="360" w:lineRule="auto"/>
        <w:ind w:firstLine="720"/>
        <w:jc w:val="center"/>
        <w:rPr>
          <w:rFonts w:cs="Times New Roman"/>
          <w:sz w:val="28"/>
          <w:szCs w:val="28"/>
        </w:rPr>
      </w:pPr>
      <w:r w:rsidRPr="00E3367B">
        <w:rPr>
          <w:rFonts w:eastAsia="Consolas" w:cs="Times New Roman"/>
          <w:sz w:val="28"/>
          <w:szCs w:val="28"/>
        </w:rPr>
        <w:t>./run_icarus.sh</w:t>
      </w:r>
    </w:p>
    <w:p w14:paraId="5542D617" w14:textId="77777777" w:rsidR="003E3E57" w:rsidRPr="00E3367B" w:rsidRDefault="0021148C" w:rsidP="005D35AF">
      <w:pPr>
        <w:spacing w:after="0" w:line="360" w:lineRule="auto"/>
        <w:ind w:firstLine="720"/>
        <w:jc w:val="center"/>
        <w:rPr>
          <w:rFonts w:cs="Times New Roman"/>
          <w:sz w:val="28"/>
          <w:szCs w:val="28"/>
        </w:rPr>
      </w:pPr>
      <w:r w:rsidRPr="00E3367B">
        <w:rPr>
          <w:rFonts w:eastAsia="Consolas" w:cs="Times New Roman"/>
          <w:sz w:val="28"/>
          <w:szCs w:val="28"/>
        </w:rPr>
        <w:t>./run_demo_modes.sh</w:t>
      </w:r>
    </w:p>
    <w:p w14:paraId="001C1464" w14:textId="77777777" w:rsidR="003E3E57" w:rsidRPr="00E3367B" w:rsidRDefault="0021148C" w:rsidP="005D35AF">
      <w:pPr>
        <w:spacing w:after="0" w:line="360" w:lineRule="auto"/>
        <w:ind w:firstLine="720"/>
        <w:jc w:val="center"/>
        <w:rPr>
          <w:rFonts w:cs="Times New Roman"/>
          <w:sz w:val="28"/>
          <w:szCs w:val="28"/>
        </w:rPr>
      </w:pPr>
      <w:r w:rsidRPr="00E3367B">
        <w:rPr>
          <w:rFonts w:eastAsia="Consolas" w:cs="Times New Roman"/>
          <w:sz w:val="28"/>
          <w:szCs w:val="28"/>
        </w:rPr>
        <w:t>bash -lc 'MAX_OUTPUT_SAMPLES=12000 DYNAMIC_TARGET_SAMPLES=1000 MAX_ZERO_RUN=0 ./run_examples_spectrum.sh'</w:t>
      </w:r>
    </w:p>
    <w:p w14:paraId="5046E03F" w14:textId="77777777" w:rsidR="003E3E57" w:rsidRPr="00E3367B" w:rsidRDefault="0021148C" w:rsidP="005D35AF">
      <w:pPr>
        <w:spacing w:after="0" w:line="360" w:lineRule="auto"/>
        <w:ind w:firstLine="720"/>
        <w:jc w:val="center"/>
        <w:rPr>
          <w:rFonts w:cs="Times New Roman"/>
          <w:sz w:val="28"/>
          <w:szCs w:val="28"/>
        </w:rPr>
      </w:pPr>
      <w:r w:rsidRPr="00E3367B">
        <w:rPr>
          <w:rFonts w:eastAsia="Consolas" w:cs="Times New Roman"/>
          <w:sz w:val="28"/>
          <w:szCs w:val="28"/>
        </w:rPr>
        <w:t>bash -lc 'MAX_OUTPUT_SAMPLES=4096 INTERNAL_TAP=7 DYNAMIC_TARGET_SAMPLES=1000 MAX_ZERO_RUN=0 ./run_examples_internal_spectrum.sh'</w:t>
      </w:r>
    </w:p>
    <w:p w14:paraId="4A15B943" w14:textId="77777777" w:rsidR="003E3E57" w:rsidRPr="005D35AF" w:rsidRDefault="003E3E57" w:rsidP="00E3367B">
      <w:pPr>
        <w:spacing w:after="0" w:line="360" w:lineRule="auto"/>
        <w:ind w:firstLine="720"/>
        <w:jc w:val="both"/>
        <w:rPr>
          <w:rFonts w:cs="Times New Roman"/>
          <w:sz w:val="20"/>
          <w:szCs w:val="20"/>
        </w:rPr>
      </w:pPr>
    </w:p>
    <w:p w14:paraId="3E71288A" w14:textId="77777777" w:rsidR="003E3E57" w:rsidRPr="00E3367B" w:rsidRDefault="0021148C" w:rsidP="00E3367B">
      <w:pPr>
        <w:spacing w:after="0" w:line="360" w:lineRule="auto"/>
        <w:ind w:firstLine="720"/>
        <w:jc w:val="both"/>
        <w:rPr>
          <w:rFonts w:cs="Times New Roman"/>
          <w:sz w:val="28"/>
          <w:szCs w:val="28"/>
          <w:lang w:val="ru-RU"/>
        </w:rPr>
      </w:pPr>
      <w:r w:rsidRPr="00E3367B">
        <w:rPr>
          <w:rFonts w:cs="Times New Roman"/>
          <w:sz w:val="28"/>
          <w:szCs w:val="28"/>
          <w:lang w:val="ru-RU"/>
        </w:rPr>
        <w:t>После этого будут доступны:</w:t>
      </w:r>
    </w:p>
    <w:p w14:paraId="162D10E0" w14:textId="77777777" w:rsidR="003E3E57" w:rsidRPr="005D35AF" w:rsidRDefault="0021148C" w:rsidP="005D35AF">
      <w:pPr>
        <w:pStyle w:val="ae"/>
        <w:numPr>
          <w:ilvl w:val="0"/>
          <w:numId w:val="20"/>
        </w:numPr>
        <w:tabs>
          <w:tab w:val="left" w:pos="993"/>
        </w:tabs>
        <w:spacing w:after="0" w:line="360" w:lineRule="auto"/>
        <w:ind w:left="0" w:firstLine="709"/>
        <w:jc w:val="both"/>
        <w:rPr>
          <w:rFonts w:cs="Times New Roman"/>
          <w:sz w:val="28"/>
          <w:szCs w:val="28"/>
          <w:lang w:val="ru-RU"/>
        </w:rPr>
      </w:pPr>
      <w:r w:rsidRPr="005D35AF">
        <w:rPr>
          <w:rFonts w:cs="Times New Roman"/>
          <w:sz w:val="28"/>
          <w:szCs w:val="28"/>
          <w:lang w:val="ru-RU"/>
        </w:rPr>
        <w:t>базовый прогон;</w:t>
      </w:r>
    </w:p>
    <w:p w14:paraId="59ED1393" w14:textId="77777777" w:rsidR="003E3E57" w:rsidRPr="005D35AF" w:rsidRDefault="0021148C" w:rsidP="005D35AF">
      <w:pPr>
        <w:pStyle w:val="ae"/>
        <w:numPr>
          <w:ilvl w:val="0"/>
          <w:numId w:val="20"/>
        </w:numPr>
        <w:tabs>
          <w:tab w:val="left" w:pos="993"/>
        </w:tabs>
        <w:spacing w:after="0" w:line="360" w:lineRule="auto"/>
        <w:ind w:left="0" w:firstLine="709"/>
        <w:jc w:val="both"/>
        <w:rPr>
          <w:rFonts w:cs="Times New Roman"/>
          <w:sz w:val="28"/>
          <w:szCs w:val="28"/>
          <w:lang w:val="ru-RU"/>
        </w:rPr>
      </w:pPr>
      <w:r w:rsidRPr="005D35AF">
        <w:rPr>
          <w:rFonts w:cs="Times New Roman"/>
          <w:sz w:val="28"/>
          <w:szCs w:val="28"/>
          <w:lang w:val="ru-RU"/>
        </w:rPr>
        <w:t>сравнение демонстрационных режимов;</w:t>
      </w:r>
    </w:p>
    <w:p w14:paraId="7714E310" w14:textId="77777777" w:rsidR="003E3E57" w:rsidRPr="005D35AF" w:rsidRDefault="0021148C" w:rsidP="005D35AF">
      <w:pPr>
        <w:pStyle w:val="ae"/>
        <w:numPr>
          <w:ilvl w:val="0"/>
          <w:numId w:val="20"/>
        </w:numPr>
        <w:tabs>
          <w:tab w:val="left" w:pos="993"/>
        </w:tabs>
        <w:spacing w:after="0" w:line="360" w:lineRule="auto"/>
        <w:ind w:left="0" w:firstLine="709"/>
        <w:jc w:val="both"/>
        <w:rPr>
          <w:rFonts w:cs="Times New Roman"/>
          <w:sz w:val="28"/>
          <w:szCs w:val="28"/>
          <w:lang w:val="ru-RU"/>
        </w:rPr>
      </w:pPr>
      <w:r w:rsidRPr="005D35AF">
        <w:rPr>
          <w:rFonts w:cs="Times New Roman"/>
          <w:sz w:val="28"/>
          <w:szCs w:val="28"/>
          <w:lang w:val="ru-RU"/>
        </w:rPr>
        <w:lastRenderedPageBreak/>
        <w:t>сравнение трех рабочих примеров по финальному выходу;</w:t>
      </w:r>
    </w:p>
    <w:p w14:paraId="7757D5E5" w14:textId="77777777" w:rsidR="003E3E57" w:rsidRPr="005D35AF" w:rsidRDefault="0021148C" w:rsidP="005D35AF">
      <w:pPr>
        <w:pStyle w:val="ae"/>
        <w:numPr>
          <w:ilvl w:val="0"/>
          <w:numId w:val="20"/>
        </w:numPr>
        <w:tabs>
          <w:tab w:val="left" w:pos="993"/>
        </w:tabs>
        <w:spacing w:after="0" w:line="360" w:lineRule="auto"/>
        <w:ind w:left="0" w:firstLine="709"/>
        <w:jc w:val="both"/>
        <w:rPr>
          <w:rFonts w:cs="Times New Roman"/>
          <w:sz w:val="28"/>
          <w:szCs w:val="28"/>
          <w:lang w:val="ru-RU"/>
        </w:rPr>
      </w:pPr>
      <w:r w:rsidRPr="005D35AF">
        <w:rPr>
          <w:rFonts w:cs="Times New Roman"/>
          <w:sz w:val="28"/>
          <w:szCs w:val="28"/>
          <w:lang w:val="ru-RU"/>
        </w:rPr>
        <w:t>сравнение тех же примеров по внутреннему узлу.</w:t>
      </w:r>
    </w:p>
    <w:p w14:paraId="7FB5A068" w14:textId="77777777" w:rsidR="003E3E57" w:rsidRPr="00E3367B" w:rsidRDefault="0021148C" w:rsidP="00E3367B">
      <w:pPr>
        <w:spacing w:after="0" w:line="360" w:lineRule="auto"/>
        <w:ind w:firstLine="720"/>
        <w:jc w:val="both"/>
        <w:rPr>
          <w:rFonts w:cs="Times New Roman"/>
          <w:sz w:val="28"/>
          <w:szCs w:val="28"/>
          <w:lang w:val="ru-RU"/>
        </w:rPr>
      </w:pPr>
      <w:r w:rsidRPr="00E3367B">
        <w:rPr>
          <w:rFonts w:cs="Times New Roman"/>
          <w:sz w:val="28"/>
          <w:szCs w:val="28"/>
          <w:lang w:val="ru-RU"/>
        </w:rPr>
        <w:t>Сценарии следует запускать последовательно, потому что они используют общий промежуточный бинарный файл:</w:t>
      </w:r>
    </w:p>
    <w:p w14:paraId="75D7BD79" w14:textId="77777777" w:rsidR="003E3E57" w:rsidRPr="00E3367B" w:rsidRDefault="003E3E57" w:rsidP="00E3367B">
      <w:pPr>
        <w:spacing w:after="0" w:line="360" w:lineRule="auto"/>
        <w:ind w:firstLine="720"/>
        <w:jc w:val="both"/>
        <w:rPr>
          <w:rFonts w:cs="Times New Roman"/>
          <w:sz w:val="28"/>
          <w:szCs w:val="28"/>
          <w:lang w:val="ru-RU"/>
        </w:rPr>
      </w:pPr>
    </w:p>
    <w:p w14:paraId="708CC95C" w14:textId="77777777" w:rsidR="003E3E57" w:rsidRPr="00E3367B" w:rsidRDefault="0021148C" w:rsidP="005D35AF">
      <w:pPr>
        <w:spacing w:after="0" w:line="360" w:lineRule="auto"/>
        <w:ind w:firstLine="720"/>
        <w:jc w:val="center"/>
        <w:rPr>
          <w:rFonts w:cs="Times New Roman"/>
          <w:sz w:val="28"/>
          <w:szCs w:val="28"/>
          <w:lang w:val="ru-RU"/>
        </w:rPr>
      </w:pPr>
      <w:r w:rsidRPr="00E3367B">
        <w:rPr>
          <w:rFonts w:eastAsia="Consolas" w:cs="Times New Roman"/>
          <w:sz w:val="28"/>
          <w:szCs w:val="28"/>
        </w:rPr>
        <w:t>build</w:t>
      </w:r>
      <w:r w:rsidRPr="00E3367B">
        <w:rPr>
          <w:rFonts w:eastAsia="Consolas" w:cs="Times New Roman"/>
          <w:sz w:val="28"/>
          <w:szCs w:val="28"/>
          <w:lang w:val="ru-RU"/>
        </w:rPr>
        <w:t>/</w:t>
      </w:r>
      <w:r w:rsidRPr="00E3367B">
        <w:rPr>
          <w:rFonts w:eastAsia="Consolas" w:cs="Times New Roman"/>
          <w:sz w:val="28"/>
          <w:szCs w:val="28"/>
        </w:rPr>
        <w:t>mod</w:t>
      </w:r>
      <w:r w:rsidRPr="00E3367B">
        <w:rPr>
          <w:rFonts w:eastAsia="Consolas" w:cs="Times New Roman"/>
          <w:sz w:val="28"/>
          <w:szCs w:val="28"/>
          <w:lang w:val="ru-RU"/>
        </w:rPr>
        <w:t>_</w:t>
      </w:r>
      <w:proofErr w:type="spellStart"/>
      <w:r w:rsidRPr="00E3367B">
        <w:rPr>
          <w:rFonts w:eastAsia="Consolas" w:cs="Times New Roman"/>
          <w:sz w:val="28"/>
          <w:szCs w:val="28"/>
        </w:rPr>
        <w:t>shps</w:t>
      </w:r>
      <w:proofErr w:type="spellEnd"/>
      <w:r w:rsidRPr="00E3367B">
        <w:rPr>
          <w:rFonts w:eastAsia="Consolas" w:cs="Times New Roman"/>
          <w:sz w:val="28"/>
          <w:szCs w:val="28"/>
          <w:lang w:val="ru-RU"/>
        </w:rPr>
        <w:t>_</w:t>
      </w:r>
      <w:r w:rsidRPr="00E3367B">
        <w:rPr>
          <w:rFonts w:eastAsia="Consolas" w:cs="Times New Roman"/>
          <w:sz w:val="28"/>
          <w:szCs w:val="28"/>
        </w:rPr>
        <w:t>demo</w:t>
      </w:r>
      <w:r w:rsidRPr="00E3367B">
        <w:rPr>
          <w:rFonts w:eastAsia="Consolas" w:cs="Times New Roman"/>
          <w:sz w:val="28"/>
          <w:szCs w:val="28"/>
          <w:lang w:val="ru-RU"/>
        </w:rPr>
        <w:t>.</w:t>
      </w:r>
      <w:r w:rsidRPr="00E3367B">
        <w:rPr>
          <w:rFonts w:eastAsia="Consolas" w:cs="Times New Roman"/>
          <w:sz w:val="28"/>
          <w:szCs w:val="28"/>
        </w:rPr>
        <w:t>out</w:t>
      </w:r>
    </w:p>
    <w:p w14:paraId="6415B8BE" w14:textId="77777777" w:rsidR="003E3E57" w:rsidRPr="00E3367B" w:rsidRDefault="003E3E57" w:rsidP="00E3367B">
      <w:pPr>
        <w:spacing w:after="0" w:line="360" w:lineRule="auto"/>
        <w:ind w:firstLine="720"/>
        <w:jc w:val="both"/>
        <w:rPr>
          <w:rFonts w:cs="Times New Roman"/>
          <w:sz w:val="28"/>
          <w:szCs w:val="28"/>
          <w:lang w:val="ru-RU"/>
        </w:rPr>
      </w:pPr>
    </w:p>
    <w:p w14:paraId="305D47A3" w14:textId="77777777" w:rsidR="005D35AF" w:rsidRPr="00E3367B" w:rsidRDefault="0021148C" w:rsidP="005D35AF">
      <w:pPr>
        <w:spacing w:after="0" w:line="360" w:lineRule="auto"/>
        <w:ind w:firstLine="720"/>
        <w:jc w:val="both"/>
        <w:rPr>
          <w:rFonts w:cs="Times New Roman"/>
          <w:sz w:val="28"/>
          <w:szCs w:val="28"/>
          <w:lang w:val="ru-RU"/>
        </w:rPr>
      </w:pPr>
      <w:r w:rsidRPr="00E3367B">
        <w:rPr>
          <w:rFonts w:cs="Times New Roman"/>
          <w:sz w:val="28"/>
          <w:szCs w:val="28"/>
          <w:lang w:val="ru-RU"/>
        </w:rPr>
        <w:t>Параметры, которые могут использоваться при развертывании и запуске</w:t>
      </w:r>
      <w:r w:rsidR="005D35AF">
        <w:rPr>
          <w:rFonts w:cs="Times New Roman"/>
          <w:sz w:val="28"/>
          <w:szCs w:val="28"/>
          <w:lang w:val="ru-RU"/>
        </w:rPr>
        <w:t xml:space="preserve"> представлены в таблице</w:t>
      </w:r>
    </w:p>
    <w:p w14:paraId="0592004D" w14:textId="77777777" w:rsidR="003E3E57" w:rsidRPr="00E3367B" w:rsidRDefault="003E3E57" w:rsidP="00E3367B">
      <w:pPr>
        <w:spacing w:after="0" w:line="360" w:lineRule="auto"/>
        <w:ind w:firstLine="720"/>
        <w:jc w:val="both"/>
        <w:rPr>
          <w:rFonts w:cs="Times New Roman"/>
          <w:sz w:val="28"/>
          <w:szCs w:val="28"/>
          <w:lang w:val="ru-RU"/>
        </w:rPr>
      </w:pPr>
    </w:p>
    <w:tbl>
      <w:tblPr>
        <w:tblStyle w:val="aff0"/>
        <w:tblW w:w="0" w:type="auto"/>
        <w:tblLook w:val="04A0" w:firstRow="1" w:lastRow="0" w:firstColumn="1" w:lastColumn="0" w:noHBand="0" w:noVBand="1"/>
      </w:tblPr>
      <w:tblGrid>
        <w:gridCol w:w="3346"/>
        <w:gridCol w:w="2880"/>
        <w:gridCol w:w="2880"/>
      </w:tblGrid>
      <w:tr w:rsidR="003E3E57" w:rsidRPr="005D35AF" w14:paraId="67B14BAC" w14:textId="77777777">
        <w:tc>
          <w:tcPr>
            <w:tcW w:w="2880" w:type="dxa"/>
          </w:tcPr>
          <w:p w14:paraId="4D223368" w14:textId="77777777" w:rsidR="003E3E57" w:rsidRPr="005D35AF" w:rsidRDefault="0021148C" w:rsidP="005D35AF">
            <w:pPr>
              <w:jc w:val="center"/>
              <w:rPr>
                <w:rFonts w:cs="Times New Roman"/>
                <w:szCs w:val="24"/>
              </w:rPr>
            </w:pPr>
            <w:proofErr w:type="spellStart"/>
            <w:r w:rsidRPr="005D35AF">
              <w:rPr>
                <w:rFonts w:cs="Times New Roman"/>
                <w:b/>
                <w:szCs w:val="24"/>
              </w:rPr>
              <w:t>Параметр</w:t>
            </w:r>
            <w:proofErr w:type="spellEnd"/>
          </w:p>
        </w:tc>
        <w:tc>
          <w:tcPr>
            <w:tcW w:w="2880" w:type="dxa"/>
          </w:tcPr>
          <w:p w14:paraId="341B07C8" w14:textId="77777777" w:rsidR="003E3E57" w:rsidRPr="005D35AF" w:rsidRDefault="0021148C" w:rsidP="005D35AF">
            <w:pPr>
              <w:jc w:val="center"/>
              <w:rPr>
                <w:rFonts w:cs="Times New Roman"/>
                <w:szCs w:val="24"/>
              </w:rPr>
            </w:pPr>
            <w:proofErr w:type="spellStart"/>
            <w:r w:rsidRPr="005D35AF">
              <w:rPr>
                <w:rFonts w:cs="Times New Roman"/>
                <w:b/>
                <w:szCs w:val="24"/>
              </w:rPr>
              <w:t>Значение</w:t>
            </w:r>
            <w:proofErr w:type="spellEnd"/>
            <w:r w:rsidRPr="005D35AF">
              <w:rPr>
                <w:rFonts w:cs="Times New Roman"/>
                <w:b/>
                <w:szCs w:val="24"/>
              </w:rPr>
              <w:t xml:space="preserve"> </w:t>
            </w:r>
            <w:proofErr w:type="spellStart"/>
            <w:r w:rsidRPr="005D35AF">
              <w:rPr>
                <w:rFonts w:cs="Times New Roman"/>
                <w:b/>
                <w:szCs w:val="24"/>
              </w:rPr>
              <w:t>по</w:t>
            </w:r>
            <w:proofErr w:type="spellEnd"/>
            <w:r w:rsidRPr="005D35AF">
              <w:rPr>
                <w:rFonts w:cs="Times New Roman"/>
                <w:b/>
                <w:szCs w:val="24"/>
              </w:rPr>
              <w:t xml:space="preserve"> </w:t>
            </w:r>
            <w:proofErr w:type="spellStart"/>
            <w:r w:rsidRPr="005D35AF">
              <w:rPr>
                <w:rFonts w:cs="Times New Roman"/>
                <w:b/>
                <w:szCs w:val="24"/>
              </w:rPr>
              <w:t>умолчанию</w:t>
            </w:r>
            <w:proofErr w:type="spellEnd"/>
          </w:p>
        </w:tc>
        <w:tc>
          <w:tcPr>
            <w:tcW w:w="2880" w:type="dxa"/>
          </w:tcPr>
          <w:p w14:paraId="0C0645D2" w14:textId="77777777" w:rsidR="003E3E57" w:rsidRPr="005D35AF" w:rsidRDefault="0021148C" w:rsidP="005D35AF">
            <w:pPr>
              <w:jc w:val="center"/>
              <w:rPr>
                <w:rFonts w:cs="Times New Roman"/>
                <w:szCs w:val="24"/>
              </w:rPr>
            </w:pPr>
            <w:proofErr w:type="spellStart"/>
            <w:r w:rsidRPr="005D35AF">
              <w:rPr>
                <w:rFonts w:cs="Times New Roman"/>
                <w:b/>
                <w:szCs w:val="24"/>
              </w:rPr>
              <w:t>Смысл</w:t>
            </w:r>
            <w:proofErr w:type="spellEnd"/>
          </w:p>
        </w:tc>
      </w:tr>
      <w:tr w:rsidR="003E3E57" w:rsidRPr="00105A41" w14:paraId="19013139" w14:textId="77777777">
        <w:tc>
          <w:tcPr>
            <w:tcW w:w="2880" w:type="dxa"/>
          </w:tcPr>
          <w:p w14:paraId="17B10324" w14:textId="77777777" w:rsidR="003E3E57" w:rsidRPr="005D35AF" w:rsidRDefault="0021148C" w:rsidP="005D35AF">
            <w:pPr>
              <w:jc w:val="both"/>
              <w:rPr>
                <w:rFonts w:cs="Times New Roman"/>
                <w:szCs w:val="24"/>
              </w:rPr>
            </w:pPr>
            <w:r w:rsidRPr="005D35AF">
              <w:rPr>
                <w:rFonts w:eastAsia="Consolas" w:cs="Times New Roman"/>
                <w:szCs w:val="24"/>
              </w:rPr>
              <w:t>MAX_OUTPUT_SAMPLES</w:t>
            </w:r>
          </w:p>
        </w:tc>
        <w:tc>
          <w:tcPr>
            <w:tcW w:w="2880" w:type="dxa"/>
          </w:tcPr>
          <w:p w14:paraId="7CD24701" w14:textId="77777777" w:rsidR="003E3E57" w:rsidRPr="005D35AF" w:rsidRDefault="0021148C" w:rsidP="005D35AF">
            <w:pPr>
              <w:jc w:val="center"/>
              <w:rPr>
                <w:rFonts w:cs="Times New Roman"/>
                <w:szCs w:val="24"/>
                <w:lang w:val="ru-RU"/>
              </w:rPr>
            </w:pPr>
            <w:r w:rsidRPr="005D35AF">
              <w:rPr>
                <w:rFonts w:eastAsia="Consolas" w:cs="Times New Roman"/>
                <w:szCs w:val="24"/>
                <w:lang w:val="ru-RU"/>
              </w:rPr>
              <w:t>12000</w:t>
            </w:r>
            <w:r w:rsidRPr="005D35AF">
              <w:rPr>
                <w:rFonts w:cs="Times New Roman"/>
                <w:szCs w:val="24"/>
                <w:lang w:val="ru-RU"/>
              </w:rPr>
              <w:t xml:space="preserve"> или </w:t>
            </w:r>
            <w:r w:rsidRPr="005D35AF">
              <w:rPr>
                <w:rFonts w:eastAsia="Consolas" w:cs="Times New Roman"/>
                <w:szCs w:val="24"/>
                <w:lang w:val="ru-RU"/>
              </w:rPr>
              <w:t>4096</w:t>
            </w:r>
            <w:r w:rsidRPr="005D35AF">
              <w:rPr>
                <w:rFonts w:cs="Times New Roman"/>
                <w:szCs w:val="24"/>
                <w:lang w:val="ru-RU"/>
              </w:rPr>
              <w:t xml:space="preserve"> в зависимости от сценария</w:t>
            </w:r>
          </w:p>
        </w:tc>
        <w:tc>
          <w:tcPr>
            <w:tcW w:w="2880" w:type="dxa"/>
          </w:tcPr>
          <w:p w14:paraId="29FAE3C8" w14:textId="77777777" w:rsidR="003E3E57" w:rsidRPr="005D35AF" w:rsidRDefault="0021148C" w:rsidP="005D35AF">
            <w:pPr>
              <w:jc w:val="both"/>
              <w:rPr>
                <w:rFonts w:cs="Times New Roman"/>
                <w:szCs w:val="24"/>
                <w:lang w:val="ru-RU"/>
              </w:rPr>
            </w:pPr>
            <w:r w:rsidRPr="005D35AF">
              <w:rPr>
                <w:rFonts w:cs="Times New Roman"/>
                <w:szCs w:val="24"/>
                <w:lang w:val="ru-RU"/>
              </w:rPr>
              <w:t>Сколько валидных выходных отсчетов собирается</w:t>
            </w:r>
          </w:p>
        </w:tc>
      </w:tr>
      <w:tr w:rsidR="003E3E57" w:rsidRPr="005D35AF" w14:paraId="02C2D4D5" w14:textId="77777777">
        <w:tc>
          <w:tcPr>
            <w:tcW w:w="2880" w:type="dxa"/>
          </w:tcPr>
          <w:p w14:paraId="5DCA08B5" w14:textId="77777777" w:rsidR="003E3E57" w:rsidRPr="005D35AF" w:rsidRDefault="0021148C" w:rsidP="005D35AF">
            <w:pPr>
              <w:jc w:val="both"/>
              <w:rPr>
                <w:rFonts w:cs="Times New Roman"/>
                <w:szCs w:val="24"/>
              </w:rPr>
            </w:pPr>
            <w:r w:rsidRPr="005D35AF">
              <w:rPr>
                <w:rFonts w:eastAsia="Consolas" w:cs="Times New Roman"/>
                <w:szCs w:val="24"/>
              </w:rPr>
              <w:t>DYNAMIC_TARGET_SAMPLES</w:t>
            </w:r>
          </w:p>
        </w:tc>
        <w:tc>
          <w:tcPr>
            <w:tcW w:w="2880" w:type="dxa"/>
          </w:tcPr>
          <w:p w14:paraId="2ABD0004" w14:textId="77777777" w:rsidR="003E3E57" w:rsidRPr="005D35AF" w:rsidRDefault="0021148C" w:rsidP="005D35AF">
            <w:pPr>
              <w:jc w:val="center"/>
              <w:rPr>
                <w:rFonts w:cs="Times New Roman"/>
                <w:szCs w:val="24"/>
              </w:rPr>
            </w:pPr>
            <w:r w:rsidRPr="005D35AF">
              <w:rPr>
                <w:rFonts w:eastAsia="Consolas" w:cs="Times New Roman"/>
                <w:szCs w:val="24"/>
              </w:rPr>
              <w:t>1000</w:t>
            </w:r>
          </w:p>
        </w:tc>
        <w:tc>
          <w:tcPr>
            <w:tcW w:w="2880" w:type="dxa"/>
          </w:tcPr>
          <w:p w14:paraId="2FB66163" w14:textId="77777777" w:rsidR="003E3E57" w:rsidRPr="005D35AF" w:rsidRDefault="0021148C" w:rsidP="005D35AF">
            <w:pPr>
              <w:jc w:val="both"/>
              <w:rPr>
                <w:rFonts w:cs="Times New Roman"/>
                <w:szCs w:val="24"/>
              </w:rPr>
            </w:pPr>
            <w:proofErr w:type="spellStart"/>
            <w:r w:rsidRPr="005D35AF">
              <w:rPr>
                <w:rFonts w:cs="Times New Roman"/>
                <w:szCs w:val="24"/>
              </w:rPr>
              <w:t>Размер</w:t>
            </w:r>
            <w:proofErr w:type="spellEnd"/>
            <w:r w:rsidRPr="005D35AF">
              <w:rPr>
                <w:rFonts w:cs="Times New Roman"/>
                <w:szCs w:val="24"/>
              </w:rPr>
              <w:t xml:space="preserve"> </w:t>
            </w:r>
            <w:proofErr w:type="spellStart"/>
            <w:r w:rsidRPr="005D35AF">
              <w:rPr>
                <w:rFonts w:cs="Times New Roman"/>
                <w:szCs w:val="24"/>
              </w:rPr>
              <w:t>итогового</w:t>
            </w:r>
            <w:proofErr w:type="spellEnd"/>
            <w:r w:rsidRPr="005D35AF">
              <w:rPr>
                <w:rFonts w:cs="Times New Roman"/>
                <w:szCs w:val="24"/>
              </w:rPr>
              <w:t xml:space="preserve"> </w:t>
            </w:r>
            <w:proofErr w:type="spellStart"/>
            <w:r w:rsidRPr="005D35AF">
              <w:rPr>
                <w:rFonts w:cs="Times New Roman"/>
                <w:szCs w:val="24"/>
              </w:rPr>
              <w:t>динамического</w:t>
            </w:r>
            <w:proofErr w:type="spellEnd"/>
            <w:r w:rsidRPr="005D35AF">
              <w:rPr>
                <w:rFonts w:cs="Times New Roman"/>
                <w:szCs w:val="24"/>
              </w:rPr>
              <w:t xml:space="preserve"> </w:t>
            </w:r>
            <w:proofErr w:type="spellStart"/>
            <w:r w:rsidRPr="005D35AF">
              <w:rPr>
                <w:rFonts w:cs="Times New Roman"/>
                <w:szCs w:val="24"/>
              </w:rPr>
              <w:t>окна</w:t>
            </w:r>
            <w:proofErr w:type="spellEnd"/>
          </w:p>
        </w:tc>
      </w:tr>
      <w:tr w:rsidR="003E3E57" w:rsidRPr="00105A41" w14:paraId="59E36B15" w14:textId="77777777">
        <w:tc>
          <w:tcPr>
            <w:tcW w:w="2880" w:type="dxa"/>
          </w:tcPr>
          <w:p w14:paraId="076B95E5" w14:textId="77777777" w:rsidR="003E3E57" w:rsidRPr="005D35AF" w:rsidRDefault="0021148C" w:rsidP="005D35AF">
            <w:pPr>
              <w:jc w:val="both"/>
              <w:rPr>
                <w:rFonts w:cs="Times New Roman"/>
                <w:szCs w:val="24"/>
              </w:rPr>
            </w:pPr>
            <w:r w:rsidRPr="005D35AF">
              <w:rPr>
                <w:rFonts w:eastAsia="Consolas" w:cs="Times New Roman"/>
                <w:szCs w:val="24"/>
              </w:rPr>
              <w:t>NONZERO_ONLY</w:t>
            </w:r>
          </w:p>
        </w:tc>
        <w:tc>
          <w:tcPr>
            <w:tcW w:w="2880" w:type="dxa"/>
          </w:tcPr>
          <w:p w14:paraId="4562339B" w14:textId="77777777" w:rsidR="003E3E57" w:rsidRPr="005D35AF" w:rsidRDefault="0021148C" w:rsidP="005D35AF">
            <w:pPr>
              <w:jc w:val="center"/>
              <w:rPr>
                <w:rFonts w:cs="Times New Roman"/>
                <w:szCs w:val="24"/>
              </w:rPr>
            </w:pPr>
            <w:r w:rsidRPr="005D35AF">
              <w:rPr>
                <w:rFonts w:eastAsia="Consolas" w:cs="Times New Roman"/>
                <w:szCs w:val="24"/>
              </w:rPr>
              <w:t>1</w:t>
            </w:r>
          </w:p>
        </w:tc>
        <w:tc>
          <w:tcPr>
            <w:tcW w:w="2880" w:type="dxa"/>
          </w:tcPr>
          <w:p w14:paraId="6362A1BB" w14:textId="77777777" w:rsidR="003E3E57" w:rsidRPr="005D35AF" w:rsidRDefault="0021148C" w:rsidP="005D35AF">
            <w:pPr>
              <w:jc w:val="both"/>
              <w:rPr>
                <w:rFonts w:cs="Times New Roman"/>
                <w:szCs w:val="24"/>
                <w:lang w:val="ru-RU"/>
              </w:rPr>
            </w:pPr>
            <w:r w:rsidRPr="005D35AF">
              <w:rPr>
                <w:rFonts w:cs="Times New Roman"/>
                <w:szCs w:val="24"/>
                <w:lang w:val="ru-RU"/>
              </w:rPr>
              <w:t xml:space="preserve">Удалять нулевые отсчеты из итоговых </w:t>
            </w:r>
            <w:r w:rsidRPr="005D35AF">
              <w:rPr>
                <w:rFonts w:cs="Times New Roman"/>
                <w:szCs w:val="24"/>
              </w:rPr>
              <w:t>CSV</w:t>
            </w:r>
          </w:p>
        </w:tc>
      </w:tr>
      <w:tr w:rsidR="003E3E57" w:rsidRPr="00105A41" w14:paraId="7B0765D2" w14:textId="77777777">
        <w:tc>
          <w:tcPr>
            <w:tcW w:w="2880" w:type="dxa"/>
          </w:tcPr>
          <w:p w14:paraId="048FF0E7" w14:textId="77777777" w:rsidR="003E3E57" w:rsidRPr="005D35AF" w:rsidRDefault="0021148C" w:rsidP="005D35AF">
            <w:pPr>
              <w:jc w:val="both"/>
              <w:rPr>
                <w:rFonts w:cs="Times New Roman"/>
                <w:szCs w:val="24"/>
              </w:rPr>
            </w:pPr>
            <w:r w:rsidRPr="005D35AF">
              <w:rPr>
                <w:rFonts w:eastAsia="Consolas" w:cs="Times New Roman"/>
                <w:szCs w:val="24"/>
              </w:rPr>
              <w:t>MAX_ZERO_RUN</w:t>
            </w:r>
          </w:p>
        </w:tc>
        <w:tc>
          <w:tcPr>
            <w:tcW w:w="2880" w:type="dxa"/>
          </w:tcPr>
          <w:p w14:paraId="21199374" w14:textId="77777777" w:rsidR="003E3E57" w:rsidRPr="005D35AF" w:rsidRDefault="0021148C" w:rsidP="005D35AF">
            <w:pPr>
              <w:jc w:val="center"/>
              <w:rPr>
                <w:rFonts w:cs="Times New Roman"/>
                <w:szCs w:val="24"/>
              </w:rPr>
            </w:pPr>
            <w:r w:rsidRPr="005D35AF">
              <w:rPr>
                <w:rFonts w:eastAsia="Consolas" w:cs="Times New Roman"/>
                <w:szCs w:val="24"/>
              </w:rPr>
              <w:t>0</w:t>
            </w:r>
          </w:p>
        </w:tc>
        <w:tc>
          <w:tcPr>
            <w:tcW w:w="2880" w:type="dxa"/>
          </w:tcPr>
          <w:p w14:paraId="6D3A9231" w14:textId="77777777" w:rsidR="003E3E57" w:rsidRPr="005D35AF" w:rsidRDefault="0021148C" w:rsidP="005D35AF">
            <w:pPr>
              <w:jc w:val="both"/>
              <w:rPr>
                <w:rFonts w:cs="Times New Roman"/>
                <w:szCs w:val="24"/>
                <w:lang w:val="ru-RU"/>
              </w:rPr>
            </w:pPr>
            <w:r w:rsidRPr="005D35AF">
              <w:rPr>
                <w:rFonts w:cs="Times New Roman"/>
                <w:szCs w:val="24"/>
                <w:lang w:val="ru-RU"/>
              </w:rPr>
              <w:t>Не допускать длинные серии нулей</w:t>
            </w:r>
          </w:p>
        </w:tc>
      </w:tr>
      <w:tr w:rsidR="003E3E57" w:rsidRPr="00105A41" w14:paraId="2953AAC8" w14:textId="77777777">
        <w:tc>
          <w:tcPr>
            <w:tcW w:w="2880" w:type="dxa"/>
          </w:tcPr>
          <w:p w14:paraId="65DA2B96" w14:textId="77777777" w:rsidR="003E3E57" w:rsidRPr="005D35AF" w:rsidRDefault="0021148C" w:rsidP="005D35AF">
            <w:pPr>
              <w:jc w:val="both"/>
              <w:rPr>
                <w:rFonts w:cs="Times New Roman"/>
                <w:szCs w:val="24"/>
              </w:rPr>
            </w:pPr>
            <w:r w:rsidRPr="005D35AF">
              <w:rPr>
                <w:rFonts w:eastAsia="Consolas" w:cs="Times New Roman"/>
                <w:szCs w:val="24"/>
              </w:rPr>
              <w:t>INTERNAL_TAP</w:t>
            </w:r>
          </w:p>
        </w:tc>
        <w:tc>
          <w:tcPr>
            <w:tcW w:w="2880" w:type="dxa"/>
          </w:tcPr>
          <w:p w14:paraId="7DC714E5" w14:textId="77777777" w:rsidR="003E3E57" w:rsidRPr="005D35AF" w:rsidRDefault="0021148C" w:rsidP="005D35AF">
            <w:pPr>
              <w:jc w:val="center"/>
              <w:rPr>
                <w:rFonts w:cs="Times New Roman"/>
                <w:szCs w:val="24"/>
              </w:rPr>
            </w:pPr>
            <w:r w:rsidRPr="005D35AF">
              <w:rPr>
                <w:rFonts w:eastAsia="Consolas" w:cs="Times New Roman"/>
                <w:szCs w:val="24"/>
              </w:rPr>
              <w:t>7</w:t>
            </w:r>
          </w:p>
        </w:tc>
        <w:tc>
          <w:tcPr>
            <w:tcW w:w="2880" w:type="dxa"/>
          </w:tcPr>
          <w:p w14:paraId="59799B9D" w14:textId="77777777" w:rsidR="003E3E57" w:rsidRPr="005D35AF" w:rsidRDefault="0021148C" w:rsidP="005D35AF">
            <w:pPr>
              <w:jc w:val="both"/>
              <w:rPr>
                <w:rFonts w:cs="Times New Roman"/>
                <w:szCs w:val="24"/>
                <w:lang w:val="ru-RU"/>
              </w:rPr>
            </w:pPr>
            <w:r w:rsidRPr="005D35AF">
              <w:rPr>
                <w:rFonts w:cs="Times New Roman"/>
                <w:szCs w:val="24"/>
                <w:lang w:val="ru-RU"/>
              </w:rPr>
              <w:t>Выбор внутреннего узла для анализа</w:t>
            </w:r>
          </w:p>
        </w:tc>
      </w:tr>
      <w:tr w:rsidR="003E3E57" w:rsidRPr="00105A41" w14:paraId="32B0CF7B" w14:textId="77777777">
        <w:tc>
          <w:tcPr>
            <w:tcW w:w="2880" w:type="dxa"/>
          </w:tcPr>
          <w:p w14:paraId="09CB7ED8" w14:textId="77777777" w:rsidR="003E3E57" w:rsidRPr="005D35AF" w:rsidRDefault="0021148C" w:rsidP="005D35AF">
            <w:pPr>
              <w:jc w:val="both"/>
              <w:rPr>
                <w:rFonts w:cs="Times New Roman"/>
                <w:szCs w:val="24"/>
              </w:rPr>
            </w:pPr>
            <w:r w:rsidRPr="005D35AF">
              <w:rPr>
                <w:rFonts w:eastAsia="Consolas" w:cs="Times New Roman"/>
                <w:szCs w:val="24"/>
              </w:rPr>
              <w:t>KEEP_RAW_CSV</w:t>
            </w:r>
          </w:p>
        </w:tc>
        <w:tc>
          <w:tcPr>
            <w:tcW w:w="2880" w:type="dxa"/>
          </w:tcPr>
          <w:p w14:paraId="5ECDE32F" w14:textId="77777777" w:rsidR="003E3E57" w:rsidRPr="005D35AF" w:rsidRDefault="0021148C" w:rsidP="005D35AF">
            <w:pPr>
              <w:jc w:val="center"/>
              <w:rPr>
                <w:rFonts w:cs="Times New Roman"/>
                <w:szCs w:val="24"/>
              </w:rPr>
            </w:pPr>
            <w:r w:rsidRPr="005D35AF">
              <w:rPr>
                <w:rFonts w:eastAsia="Consolas" w:cs="Times New Roman"/>
                <w:szCs w:val="24"/>
              </w:rPr>
              <w:t>0</w:t>
            </w:r>
          </w:p>
        </w:tc>
        <w:tc>
          <w:tcPr>
            <w:tcW w:w="2880" w:type="dxa"/>
          </w:tcPr>
          <w:p w14:paraId="1B915D31" w14:textId="77777777" w:rsidR="003E3E57" w:rsidRPr="005D35AF" w:rsidRDefault="0021148C" w:rsidP="005D35AF">
            <w:pPr>
              <w:jc w:val="both"/>
              <w:rPr>
                <w:rFonts w:cs="Times New Roman"/>
                <w:szCs w:val="24"/>
                <w:lang w:val="ru-RU"/>
              </w:rPr>
            </w:pPr>
            <w:r w:rsidRPr="005D35AF">
              <w:rPr>
                <w:rFonts w:cs="Times New Roman"/>
                <w:szCs w:val="24"/>
                <w:lang w:val="ru-RU"/>
              </w:rPr>
              <w:t xml:space="preserve">Не хранить промежуточные сырые </w:t>
            </w:r>
            <w:r w:rsidRPr="005D35AF">
              <w:rPr>
                <w:rFonts w:cs="Times New Roman"/>
                <w:szCs w:val="24"/>
              </w:rPr>
              <w:t>CSV</w:t>
            </w:r>
          </w:p>
        </w:tc>
      </w:tr>
      <w:tr w:rsidR="003E3E57" w:rsidRPr="00105A41" w14:paraId="5444560C" w14:textId="77777777">
        <w:tc>
          <w:tcPr>
            <w:tcW w:w="2880" w:type="dxa"/>
          </w:tcPr>
          <w:p w14:paraId="441481BE" w14:textId="77777777" w:rsidR="003E3E57" w:rsidRPr="005D35AF" w:rsidRDefault="0021148C" w:rsidP="005D35AF">
            <w:pPr>
              <w:jc w:val="both"/>
              <w:rPr>
                <w:rFonts w:cs="Times New Roman"/>
                <w:szCs w:val="24"/>
              </w:rPr>
            </w:pPr>
            <w:r w:rsidRPr="005D35AF">
              <w:rPr>
                <w:rFonts w:eastAsia="Consolas" w:cs="Times New Roman"/>
                <w:szCs w:val="24"/>
              </w:rPr>
              <w:t>ENABLE_VCD</w:t>
            </w:r>
          </w:p>
        </w:tc>
        <w:tc>
          <w:tcPr>
            <w:tcW w:w="2880" w:type="dxa"/>
          </w:tcPr>
          <w:p w14:paraId="61C22A9E" w14:textId="77777777" w:rsidR="003E3E57" w:rsidRPr="005D35AF" w:rsidRDefault="0021148C" w:rsidP="005D35AF">
            <w:pPr>
              <w:jc w:val="center"/>
              <w:rPr>
                <w:rFonts w:cs="Times New Roman"/>
                <w:szCs w:val="24"/>
              </w:rPr>
            </w:pPr>
            <w:r w:rsidRPr="005D35AF">
              <w:rPr>
                <w:rFonts w:eastAsia="Consolas" w:cs="Times New Roman"/>
                <w:szCs w:val="24"/>
              </w:rPr>
              <w:t>0</w:t>
            </w:r>
          </w:p>
        </w:tc>
        <w:tc>
          <w:tcPr>
            <w:tcW w:w="2880" w:type="dxa"/>
          </w:tcPr>
          <w:p w14:paraId="70E9CC02" w14:textId="77777777" w:rsidR="003E3E57" w:rsidRPr="005D35AF" w:rsidRDefault="0021148C" w:rsidP="005D35AF">
            <w:pPr>
              <w:jc w:val="both"/>
              <w:rPr>
                <w:rFonts w:cs="Times New Roman"/>
                <w:szCs w:val="24"/>
                <w:lang w:val="ru-RU"/>
              </w:rPr>
            </w:pPr>
            <w:r w:rsidRPr="005D35AF">
              <w:rPr>
                <w:rFonts w:cs="Times New Roman"/>
                <w:szCs w:val="24"/>
                <w:lang w:val="ru-RU"/>
              </w:rPr>
              <w:t xml:space="preserve">Не формировать </w:t>
            </w:r>
            <w:r w:rsidRPr="005D35AF">
              <w:rPr>
                <w:rFonts w:cs="Times New Roman"/>
                <w:szCs w:val="24"/>
              </w:rPr>
              <w:t>VCD</w:t>
            </w:r>
            <w:r w:rsidRPr="005D35AF">
              <w:rPr>
                <w:rFonts w:cs="Times New Roman"/>
                <w:szCs w:val="24"/>
                <w:lang w:val="ru-RU"/>
              </w:rPr>
              <w:t xml:space="preserve"> по умолчанию</w:t>
            </w:r>
          </w:p>
        </w:tc>
      </w:tr>
    </w:tbl>
    <w:p w14:paraId="5CA5E4CC" w14:textId="77777777" w:rsidR="003E3E57" w:rsidRPr="00E3367B" w:rsidRDefault="003E3E57" w:rsidP="00E3367B">
      <w:pPr>
        <w:spacing w:after="0" w:line="360" w:lineRule="auto"/>
        <w:ind w:firstLine="720"/>
        <w:jc w:val="both"/>
        <w:rPr>
          <w:rFonts w:cs="Times New Roman"/>
          <w:sz w:val="28"/>
          <w:szCs w:val="28"/>
          <w:lang w:val="ru-RU"/>
        </w:rPr>
      </w:pPr>
    </w:p>
    <w:p w14:paraId="6347492A" w14:textId="77777777" w:rsidR="003E3E57" w:rsidRPr="00E3367B" w:rsidRDefault="0021148C" w:rsidP="00E3367B">
      <w:pPr>
        <w:spacing w:after="0" w:line="360" w:lineRule="auto"/>
        <w:ind w:firstLine="720"/>
        <w:jc w:val="both"/>
        <w:rPr>
          <w:rFonts w:cs="Times New Roman"/>
          <w:sz w:val="28"/>
          <w:szCs w:val="28"/>
          <w:lang w:val="ru-RU"/>
        </w:rPr>
      </w:pPr>
      <w:r w:rsidRPr="00E3367B">
        <w:rPr>
          <w:rFonts w:cs="Times New Roman"/>
          <w:sz w:val="28"/>
          <w:szCs w:val="28"/>
          <w:lang w:val="ru-RU"/>
        </w:rPr>
        <w:t>Обязательные признаки корректной установки</w:t>
      </w:r>
      <w:r w:rsidR="005D35AF">
        <w:rPr>
          <w:rFonts w:cs="Times New Roman"/>
          <w:sz w:val="28"/>
          <w:szCs w:val="28"/>
          <w:lang w:val="ru-RU"/>
        </w:rPr>
        <w:t>:</w:t>
      </w:r>
    </w:p>
    <w:p w14:paraId="40CEAF0B" w14:textId="77777777" w:rsidR="003E3E57" w:rsidRPr="005D35AF" w:rsidRDefault="0021148C" w:rsidP="005D35AF">
      <w:pPr>
        <w:pStyle w:val="ae"/>
        <w:numPr>
          <w:ilvl w:val="0"/>
          <w:numId w:val="21"/>
        </w:numPr>
        <w:spacing w:after="0" w:line="360" w:lineRule="auto"/>
        <w:ind w:left="0" w:firstLine="709"/>
        <w:jc w:val="both"/>
        <w:rPr>
          <w:rFonts w:cs="Times New Roman"/>
          <w:sz w:val="28"/>
          <w:szCs w:val="28"/>
          <w:lang w:val="ru-RU"/>
        </w:rPr>
      </w:pPr>
      <w:r w:rsidRPr="005D35AF">
        <w:rPr>
          <w:rFonts w:cs="Times New Roman"/>
          <w:sz w:val="28"/>
          <w:szCs w:val="28"/>
          <w:lang w:val="ru-RU"/>
        </w:rPr>
        <w:t xml:space="preserve">команды </w:t>
      </w:r>
      <w:proofErr w:type="spellStart"/>
      <w:r w:rsidRPr="005D35AF">
        <w:rPr>
          <w:rFonts w:eastAsia="Consolas" w:cs="Times New Roman"/>
          <w:sz w:val="28"/>
          <w:szCs w:val="28"/>
        </w:rPr>
        <w:t>iverilog</w:t>
      </w:r>
      <w:proofErr w:type="spellEnd"/>
      <w:r w:rsidRPr="005D35AF">
        <w:rPr>
          <w:rFonts w:cs="Times New Roman"/>
          <w:sz w:val="28"/>
          <w:szCs w:val="28"/>
          <w:lang w:val="ru-RU"/>
        </w:rPr>
        <w:t xml:space="preserve">, </w:t>
      </w:r>
      <w:proofErr w:type="spellStart"/>
      <w:r w:rsidRPr="005D35AF">
        <w:rPr>
          <w:rFonts w:eastAsia="Consolas" w:cs="Times New Roman"/>
          <w:sz w:val="28"/>
          <w:szCs w:val="28"/>
        </w:rPr>
        <w:t>vvp</w:t>
      </w:r>
      <w:proofErr w:type="spellEnd"/>
      <w:r w:rsidRPr="005D35AF">
        <w:rPr>
          <w:rFonts w:cs="Times New Roman"/>
          <w:sz w:val="28"/>
          <w:szCs w:val="28"/>
          <w:lang w:val="ru-RU"/>
        </w:rPr>
        <w:t xml:space="preserve">, </w:t>
      </w:r>
      <w:r w:rsidRPr="005D35AF">
        <w:rPr>
          <w:rFonts w:eastAsia="Consolas" w:cs="Times New Roman"/>
          <w:sz w:val="28"/>
          <w:szCs w:val="28"/>
        </w:rPr>
        <w:t>python</w:t>
      </w:r>
      <w:r w:rsidRPr="005D35AF">
        <w:rPr>
          <w:rFonts w:eastAsia="Consolas" w:cs="Times New Roman"/>
          <w:sz w:val="28"/>
          <w:szCs w:val="28"/>
          <w:lang w:val="ru-RU"/>
        </w:rPr>
        <w:t>3</w:t>
      </w:r>
      <w:r w:rsidRPr="005D35AF">
        <w:rPr>
          <w:rFonts w:cs="Times New Roman"/>
          <w:sz w:val="28"/>
          <w:szCs w:val="28"/>
          <w:lang w:val="ru-RU"/>
        </w:rPr>
        <w:t xml:space="preserve"> доступны;</w:t>
      </w:r>
    </w:p>
    <w:p w14:paraId="541E0A38" w14:textId="77777777" w:rsidR="003E3E57" w:rsidRPr="005D35AF" w:rsidRDefault="0021148C" w:rsidP="005D35AF">
      <w:pPr>
        <w:pStyle w:val="ae"/>
        <w:numPr>
          <w:ilvl w:val="0"/>
          <w:numId w:val="21"/>
        </w:numPr>
        <w:spacing w:after="0" w:line="360" w:lineRule="auto"/>
        <w:ind w:left="0" w:firstLine="709"/>
        <w:jc w:val="both"/>
        <w:rPr>
          <w:rFonts w:cs="Times New Roman"/>
          <w:sz w:val="28"/>
          <w:szCs w:val="28"/>
          <w:lang w:val="ru-RU"/>
        </w:rPr>
      </w:pPr>
      <w:r w:rsidRPr="005D35AF">
        <w:rPr>
          <w:rFonts w:eastAsia="Consolas" w:cs="Times New Roman"/>
          <w:sz w:val="28"/>
          <w:szCs w:val="28"/>
          <w:lang w:val="ru-RU"/>
        </w:rPr>
        <w:t>./</w:t>
      </w:r>
      <w:r w:rsidRPr="005D35AF">
        <w:rPr>
          <w:rFonts w:eastAsia="Consolas" w:cs="Times New Roman"/>
          <w:sz w:val="28"/>
          <w:szCs w:val="28"/>
        </w:rPr>
        <w:t>run</w:t>
      </w:r>
      <w:r w:rsidRPr="005D35AF">
        <w:rPr>
          <w:rFonts w:eastAsia="Consolas" w:cs="Times New Roman"/>
          <w:sz w:val="28"/>
          <w:szCs w:val="28"/>
          <w:lang w:val="ru-RU"/>
        </w:rPr>
        <w:t>_</w:t>
      </w:r>
      <w:proofErr w:type="spellStart"/>
      <w:r w:rsidRPr="005D35AF">
        <w:rPr>
          <w:rFonts w:eastAsia="Consolas" w:cs="Times New Roman"/>
          <w:sz w:val="28"/>
          <w:szCs w:val="28"/>
        </w:rPr>
        <w:t>icarus</w:t>
      </w:r>
      <w:proofErr w:type="spellEnd"/>
      <w:r w:rsidRPr="005D35AF">
        <w:rPr>
          <w:rFonts w:eastAsia="Consolas" w:cs="Times New Roman"/>
          <w:sz w:val="28"/>
          <w:szCs w:val="28"/>
          <w:lang w:val="ru-RU"/>
        </w:rPr>
        <w:t>.</w:t>
      </w:r>
      <w:proofErr w:type="spellStart"/>
      <w:r w:rsidRPr="005D35AF">
        <w:rPr>
          <w:rFonts w:eastAsia="Consolas" w:cs="Times New Roman"/>
          <w:sz w:val="28"/>
          <w:szCs w:val="28"/>
        </w:rPr>
        <w:t>sh</w:t>
      </w:r>
      <w:proofErr w:type="spellEnd"/>
      <w:r w:rsidRPr="005D35AF">
        <w:rPr>
          <w:rFonts w:cs="Times New Roman"/>
          <w:sz w:val="28"/>
          <w:szCs w:val="28"/>
          <w:lang w:val="ru-RU"/>
        </w:rPr>
        <w:t xml:space="preserve"> отрабатывает без ошибок;</w:t>
      </w:r>
    </w:p>
    <w:p w14:paraId="1F7ADC4A" w14:textId="77777777" w:rsidR="003E3E57" w:rsidRPr="005D35AF" w:rsidRDefault="0021148C" w:rsidP="005D35AF">
      <w:pPr>
        <w:pStyle w:val="ae"/>
        <w:numPr>
          <w:ilvl w:val="0"/>
          <w:numId w:val="21"/>
        </w:numPr>
        <w:spacing w:after="0" w:line="360" w:lineRule="auto"/>
        <w:ind w:left="0" w:firstLine="709"/>
        <w:jc w:val="both"/>
        <w:rPr>
          <w:rFonts w:cs="Times New Roman"/>
          <w:sz w:val="28"/>
          <w:szCs w:val="28"/>
          <w:lang w:val="ru-RU"/>
        </w:rPr>
      </w:pPr>
      <w:r w:rsidRPr="005D35AF">
        <w:rPr>
          <w:rFonts w:cs="Times New Roman"/>
          <w:sz w:val="28"/>
          <w:szCs w:val="28"/>
          <w:lang w:val="ru-RU"/>
        </w:rPr>
        <w:t xml:space="preserve">после запуска формируются </w:t>
      </w:r>
      <w:r w:rsidRPr="005D35AF">
        <w:rPr>
          <w:rFonts w:cs="Times New Roman"/>
          <w:sz w:val="28"/>
          <w:szCs w:val="28"/>
        </w:rPr>
        <w:t>CSV</w:t>
      </w:r>
      <w:r w:rsidRPr="005D35AF">
        <w:rPr>
          <w:rFonts w:cs="Times New Roman"/>
          <w:sz w:val="28"/>
          <w:szCs w:val="28"/>
          <w:lang w:val="ru-RU"/>
        </w:rPr>
        <w:t xml:space="preserve"> и </w:t>
      </w:r>
      <w:r w:rsidRPr="005D35AF">
        <w:rPr>
          <w:rFonts w:cs="Times New Roman"/>
          <w:sz w:val="28"/>
          <w:szCs w:val="28"/>
        </w:rPr>
        <w:t>PNG</w:t>
      </w:r>
      <w:r w:rsidRPr="005D35AF">
        <w:rPr>
          <w:rFonts w:cs="Times New Roman"/>
          <w:sz w:val="28"/>
          <w:szCs w:val="28"/>
          <w:lang w:val="ru-RU"/>
        </w:rPr>
        <w:t>;</w:t>
      </w:r>
    </w:p>
    <w:p w14:paraId="4761C379" w14:textId="77777777" w:rsidR="003E3E57" w:rsidRPr="005D35AF" w:rsidRDefault="0021148C" w:rsidP="005D35AF">
      <w:pPr>
        <w:pStyle w:val="ae"/>
        <w:numPr>
          <w:ilvl w:val="0"/>
          <w:numId w:val="21"/>
        </w:numPr>
        <w:spacing w:after="0" w:line="360" w:lineRule="auto"/>
        <w:ind w:left="0" w:firstLine="709"/>
        <w:jc w:val="both"/>
        <w:rPr>
          <w:rFonts w:cs="Times New Roman"/>
          <w:sz w:val="28"/>
          <w:szCs w:val="28"/>
          <w:lang w:val="ru-RU"/>
        </w:rPr>
      </w:pPr>
      <w:r w:rsidRPr="005D35AF">
        <w:rPr>
          <w:rFonts w:cs="Times New Roman"/>
          <w:sz w:val="28"/>
          <w:szCs w:val="28"/>
          <w:lang w:val="ru-RU"/>
        </w:rPr>
        <w:t xml:space="preserve">в итоговых </w:t>
      </w:r>
      <w:r w:rsidRPr="005D35AF">
        <w:rPr>
          <w:rFonts w:cs="Times New Roman"/>
          <w:sz w:val="28"/>
          <w:szCs w:val="28"/>
        </w:rPr>
        <w:t>CSV</w:t>
      </w:r>
      <w:r w:rsidRPr="005D35AF">
        <w:rPr>
          <w:rFonts w:cs="Times New Roman"/>
          <w:sz w:val="28"/>
          <w:szCs w:val="28"/>
          <w:lang w:val="ru-RU"/>
        </w:rPr>
        <w:t xml:space="preserve"> присутствуют ненулевые данные;</w:t>
      </w:r>
    </w:p>
    <w:p w14:paraId="0C94C277" w14:textId="77777777" w:rsidR="003E3E57" w:rsidRPr="005D35AF" w:rsidRDefault="0021148C" w:rsidP="005D35AF">
      <w:pPr>
        <w:pStyle w:val="ae"/>
        <w:numPr>
          <w:ilvl w:val="0"/>
          <w:numId w:val="21"/>
        </w:numPr>
        <w:spacing w:after="0" w:line="360" w:lineRule="auto"/>
        <w:ind w:left="0" w:firstLine="709"/>
        <w:jc w:val="both"/>
        <w:rPr>
          <w:rFonts w:cs="Times New Roman"/>
          <w:sz w:val="28"/>
          <w:szCs w:val="28"/>
          <w:lang w:val="ru-RU"/>
        </w:rPr>
      </w:pPr>
      <w:r w:rsidRPr="005D35AF">
        <w:rPr>
          <w:rFonts w:cs="Times New Roman"/>
          <w:sz w:val="28"/>
          <w:szCs w:val="28"/>
          <w:lang w:val="ru-RU"/>
        </w:rPr>
        <w:t xml:space="preserve">условия проверки </w:t>
      </w:r>
      <w:r w:rsidRPr="005D35AF">
        <w:rPr>
          <w:rFonts w:eastAsia="Consolas" w:cs="Times New Roman"/>
          <w:sz w:val="28"/>
          <w:szCs w:val="28"/>
        </w:rPr>
        <w:t>MAX</w:t>
      </w:r>
      <w:r w:rsidRPr="005D35AF">
        <w:rPr>
          <w:rFonts w:eastAsia="Consolas" w:cs="Times New Roman"/>
          <w:sz w:val="28"/>
          <w:szCs w:val="28"/>
          <w:lang w:val="ru-RU"/>
        </w:rPr>
        <w:t>_</w:t>
      </w:r>
      <w:r w:rsidRPr="005D35AF">
        <w:rPr>
          <w:rFonts w:eastAsia="Consolas" w:cs="Times New Roman"/>
          <w:sz w:val="28"/>
          <w:szCs w:val="28"/>
        </w:rPr>
        <w:t>ZERO</w:t>
      </w:r>
      <w:r w:rsidRPr="005D35AF">
        <w:rPr>
          <w:rFonts w:eastAsia="Consolas" w:cs="Times New Roman"/>
          <w:sz w:val="28"/>
          <w:szCs w:val="28"/>
          <w:lang w:val="ru-RU"/>
        </w:rPr>
        <w:t>_</w:t>
      </w:r>
      <w:r w:rsidRPr="005D35AF">
        <w:rPr>
          <w:rFonts w:eastAsia="Consolas" w:cs="Times New Roman"/>
          <w:sz w:val="28"/>
          <w:szCs w:val="28"/>
        </w:rPr>
        <w:t>RUN</w:t>
      </w:r>
      <w:r w:rsidRPr="005D35AF">
        <w:rPr>
          <w:rFonts w:eastAsia="Consolas" w:cs="Times New Roman"/>
          <w:sz w:val="28"/>
          <w:szCs w:val="28"/>
          <w:lang w:val="ru-RU"/>
        </w:rPr>
        <w:t>=0</w:t>
      </w:r>
      <w:r w:rsidRPr="005D35AF">
        <w:rPr>
          <w:rFonts w:cs="Times New Roman"/>
          <w:sz w:val="28"/>
          <w:szCs w:val="28"/>
          <w:lang w:val="ru-RU"/>
        </w:rPr>
        <w:t xml:space="preserve"> выполняются.</w:t>
      </w:r>
    </w:p>
    <w:p w14:paraId="41F509F9" w14:textId="77777777" w:rsidR="003E3E57" w:rsidRPr="00E3367B" w:rsidRDefault="0021148C" w:rsidP="00E3367B">
      <w:pPr>
        <w:spacing w:after="0" w:line="360" w:lineRule="auto"/>
        <w:ind w:firstLine="720"/>
        <w:jc w:val="both"/>
        <w:rPr>
          <w:rFonts w:cs="Times New Roman"/>
          <w:sz w:val="28"/>
          <w:szCs w:val="28"/>
          <w:lang w:val="ru-RU"/>
        </w:rPr>
      </w:pPr>
      <w:r w:rsidRPr="00E3367B">
        <w:rPr>
          <w:rFonts w:cs="Times New Roman"/>
          <w:sz w:val="28"/>
          <w:szCs w:val="28"/>
          <w:lang w:val="ru-RU"/>
        </w:rPr>
        <w:t>Для штатного контрольного прогона ожидается:</w:t>
      </w:r>
    </w:p>
    <w:p w14:paraId="708C7EE1" w14:textId="77777777" w:rsidR="003E3E57" w:rsidRPr="005D35AF" w:rsidRDefault="0021148C" w:rsidP="005D35AF">
      <w:pPr>
        <w:pStyle w:val="ae"/>
        <w:numPr>
          <w:ilvl w:val="0"/>
          <w:numId w:val="22"/>
        </w:numPr>
        <w:spacing w:after="0" w:line="360" w:lineRule="auto"/>
        <w:ind w:left="0" w:firstLine="709"/>
        <w:jc w:val="both"/>
        <w:rPr>
          <w:rFonts w:cs="Times New Roman"/>
          <w:sz w:val="28"/>
          <w:szCs w:val="28"/>
          <w:lang w:val="ru-RU"/>
        </w:rPr>
      </w:pPr>
      <w:r w:rsidRPr="005D35AF">
        <w:rPr>
          <w:rFonts w:cs="Times New Roman"/>
          <w:sz w:val="28"/>
          <w:szCs w:val="28"/>
          <w:lang w:val="ru-RU"/>
        </w:rPr>
        <w:lastRenderedPageBreak/>
        <w:t xml:space="preserve">по финальному выходу: </w:t>
      </w:r>
      <w:r w:rsidRPr="005D35AF">
        <w:rPr>
          <w:rFonts w:eastAsia="Consolas" w:cs="Times New Roman"/>
          <w:sz w:val="28"/>
          <w:szCs w:val="28"/>
        </w:rPr>
        <w:t>rows</w:t>
      </w:r>
      <w:r w:rsidRPr="005D35AF">
        <w:rPr>
          <w:rFonts w:eastAsia="Consolas" w:cs="Times New Roman"/>
          <w:sz w:val="28"/>
          <w:szCs w:val="28"/>
          <w:lang w:val="ru-RU"/>
        </w:rPr>
        <w:t xml:space="preserve"> = 1000 / 1000 / 525</w:t>
      </w:r>
      <w:r w:rsidRPr="005D35AF">
        <w:rPr>
          <w:rFonts w:cs="Times New Roman"/>
          <w:sz w:val="28"/>
          <w:szCs w:val="28"/>
          <w:lang w:val="ru-RU"/>
        </w:rPr>
        <w:t>;</w:t>
      </w:r>
    </w:p>
    <w:p w14:paraId="58EC6D61" w14:textId="77777777" w:rsidR="003E3E57" w:rsidRPr="005D35AF" w:rsidRDefault="0021148C" w:rsidP="005D35AF">
      <w:pPr>
        <w:pStyle w:val="ae"/>
        <w:numPr>
          <w:ilvl w:val="0"/>
          <w:numId w:val="22"/>
        </w:numPr>
        <w:spacing w:after="0" w:line="360" w:lineRule="auto"/>
        <w:ind w:left="0" w:firstLine="709"/>
        <w:jc w:val="both"/>
        <w:rPr>
          <w:rFonts w:cs="Times New Roman"/>
          <w:sz w:val="28"/>
          <w:szCs w:val="28"/>
          <w:lang w:val="ru-RU"/>
        </w:rPr>
      </w:pPr>
      <w:r w:rsidRPr="005D35AF">
        <w:rPr>
          <w:rFonts w:cs="Times New Roman"/>
          <w:sz w:val="28"/>
          <w:szCs w:val="28"/>
          <w:lang w:val="ru-RU"/>
        </w:rPr>
        <w:t xml:space="preserve">по внутреннему узлу </w:t>
      </w:r>
      <w:r w:rsidRPr="005D35AF">
        <w:rPr>
          <w:rFonts w:eastAsia="Consolas" w:cs="Times New Roman"/>
          <w:sz w:val="28"/>
          <w:szCs w:val="28"/>
        </w:rPr>
        <w:t>tap</w:t>
      </w:r>
      <w:r w:rsidRPr="005D35AF">
        <w:rPr>
          <w:rFonts w:eastAsia="Consolas" w:cs="Times New Roman"/>
          <w:sz w:val="28"/>
          <w:szCs w:val="28"/>
          <w:lang w:val="ru-RU"/>
        </w:rPr>
        <w:t>=7</w:t>
      </w:r>
      <w:r w:rsidRPr="005D35AF">
        <w:rPr>
          <w:rFonts w:cs="Times New Roman"/>
          <w:sz w:val="28"/>
          <w:szCs w:val="28"/>
          <w:lang w:val="ru-RU"/>
        </w:rPr>
        <w:t xml:space="preserve">: </w:t>
      </w:r>
      <w:r w:rsidRPr="005D35AF">
        <w:rPr>
          <w:rFonts w:eastAsia="Consolas" w:cs="Times New Roman"/>
          <w:sz w:val="28"/>
          <w:szCs w:val="28"/>
        </w:rPr>
        <w:t>rows</w:t>
      </w:r>
      <w:r w:rsidRPr="005D35AF">
        <w:rPr>
          <w:rFonts w:eastAsia="Consolas" w:cs="Times New Roman"/>
          <w:sz w:val="28"/>
          <w:szCs w:val="28"/>
          <w:lang w:val="ru-RU"/>
        </w:rPr>
        <w:t xml:space="preserve"> = 1000 / 1000 / 1000</w:t>
      </w:r>
      <w:r w:rsidRPr="005D35AF">
        <w:rPr>
          <w:rFonts w:cs="Times New Roman"/>
          <w:sz w:val="28"/>
          <w:szCs w:val="28"/>
          <w:lang w:val="ru-RU"/>
        </w:rPr>
        <w:t>;</w:t>
      </w:r>
    </w:p>
    <w:p w14:paraId="012D14F5" w14:textId="77777777" w:rsidR="003E3E57" w:rsidRPr="005D35AF" w:rsidRDefault="0021148C" w:rsidP="005D35AF">
      <w:pPr>
        <w:pStyle w:val="ae"/>
        <w:numPr>
          <w:ilvl w:val="0"/>
          <w:numId w:val="22"/>
        </w:numPr>
        <w:spacing w:after="0" w:line="360" w:lineRule="auto"/>
        <w:ind w:left="0" w:firstLine="709"/>
        <w:jc w:val="both"/>
        <w:rPr>
          <w:rFonts w:cs="Times New Roman"/>
          <w:sz w:val="28"/>
          <w:szCs w:val="28"/>
        </w:rPr>
      </w:pPr>
      <w:proofErr w:type="spellStart"/>
      <w:r w:rsidRPr="005D35AF">
        <w:rPr>
          <w:rFonts w:cs="Times New Roman"/>
          <w:sz w:val="28"/>
          <w:szCs w:val="28"/>
        </w:rPr>
        <w:t>для</w:t>
      </w:r>
      <w:proofErr w:type="spellEnd"/>
      <w:r w:rsidRPr="005D35AF">
        <w:rPr>
          <w:rFonts w:cs="Times New Roman"/>
          <w:sz w:val="28"/>
          <w:szCs w:val="28"/>
        </w:rPr>
        <w:t xml:space="preserve"> DEMO-</w:t>
      </w:r>
      <w:proofErr w:type="spellStart"/>
      <w:r w:rsidRPr="005D35AF">
        <w:rPr>
          <w:rFonts w:cs="Times New Roman"/>
          <w:sz w:val="28"/>
          <w:szCs w:val="28"/>
        </w:rPr>
        <w:t>режимов</w:t>
      </w:r>
      <w:proofErr w:type="spellEnd"/>
      <w:r w:rsidRPr="005D35AF">
        <w:rPr>
          <w:rFonts w:cs="Times New Roman"/>
          <w:sz w:val="28"/>
          <w:szCs w:val="28"/>
        </w:rPr>
        <w:t xml:space="preserve">: </w:t>
      </w:r>
      <w:r w:rsidRPr="005D35AF">
        <w:rPr>
          <w:rFonts w:eastAsia="Consolas" w:cs="Times New Roman"/>
          <w:sz w:val="28"/>
          <w:szCs w:val="28"/>
        </w:rPr>
        <w:t>TV(0,1)=0.00000</w:t>
      </w:r>
      <w:r w:rsidRPr="005D35AF">
        <w:rPr>
          <w:rFonts w:cs="Times New Roman"/>
          <w:sz w:val="28"/>
          <w:szCs w:val="28"/>
        </w:rPr>
        <w:t xml:space="preserve">, </w:t>
      </w:r>
      <w:r w:rsidRPr="005D35AF">
        <w:rPr>
          <w:rFonts w:eastAsia="Consolas" w:cs="Times New Roman"/>
          <w:sz w:val="28"/>
          <w:szCs w:val="28"/>
        </w:rPr>
        <w:t>TV(0,2)=0.28765</w:t>
      </w:r>
      <w:r w:rsidRPr="005D35AF">
        <w:rPr>
          <w:rFonts w:cs="Times New Roman"/>
          <w:sz w:val="28"/>
          <w:szCs w:val="28"/>
        </w:rPr>
        <w:t xml:space="preserve">, </w:t>
      </w:r>
      <w:r w:rsidRPr="005D35AF">
        <w:rPr>
          <w:rFonts w:eastAsia="Consolas" w:cs="Times New Roman"/>
          <w:sz w:val="28"/>
          <w:szCs w:val="28"/>
        </w:rPr>
        <w:t>TV(1,2)=0.28765</w:t>
      </w:r>
      <w:r w:rsidRPr="005D35AF">
        <w:rPr>
          <w:rFonts w:cs="Times New Roman"/>
          <w:sz w:val="28"/>
          <w:szCs w:val="28"/>
        </w:rPr>
        <w:t>.</w:t>
      </w:r>
    </w:p>
    <w:p w14:paraId="3989B201" w14:textId="77777777" w:rsidR="003E3E57" w:rsidRPr="00E3367B" w:rsidRDefault="0021148C" w:rsidP="00E3367B">
      <w:pPr>
        <w:spacing w:after="0" w:line="360" w:lineRule="auto"/>
        <w:ind w:firstLine="720"/>
        <w:jc w:val="both"/>
        <w:rPr>
          <w:rFonts w:cs="Times New Roman"/>
          <w:sz w:val="28"/>
          <w:szCs w:val="28"/>
          <w:lang w:val="ru-RU"/>
        </w:rPr>
      </w:pPr>
      <w:r w:rsidRPr="00E3367B">
        <w:rPr>
          <w:rFonts w:cs="Times New Roman"/>
          <w:sz w:val="28"/>
          <w:szCs w:val="28"/>
          <w:lang w:val="ru-RU"/>
        </w:rPr>
        <w:t>Развертывание комплекта сводится к трем действиям:</w:t>
      </w:r>
    </w:p>
    <w:p w14:paraId="727E9047" w14:textId="77777777" w:rsidR="003E3E57" w:rsidRPr="005D35AF" w:rsidRDefault="0021148C" w:rsidP="005D35AF">
      <w:pPr>
        <w:pStyle w:val="ae"/>
        <w:numPr>
          <w:ilvl w:val="0"/>
          <w:numId w:val="23"/>
        </w:numPr>
        <w:spacing w:after="0" w:line="360" w:lineRule="auto"/>
        <w:ind w:left="0" w:firstLine="709"/>
        <w:jc w:val="both"/>
        <w:rPr>
          <w:rFonts w:cs="Times New Roman"/>
          <w:sz w:val="28"/>
          <w:szCs w:val="28"/>
          <w:lang w:val="ru-RU"/>
        </w:rPr>
      </w:pPr>
      <w:r w:rsidRPr="005D35AF">
        <w:rPr>
          <w:rFonts w:cs="Times New Roman"/>
          <w:sz w:val="28"/>
          <w:szCs w:val="28"/>
          <w:lang w:val="ru-RU"/>
        </w:rPr>
        <w:t>распаковать архив;</w:t>
      </w:r>
    </w:p>
    <w:p w14:paraId="7C71D6C5" w14:textId="77777777" w:rsidR="003E3E57" w:rsidRPr="005D35AF" w:rsidRDefault="0021148C" w:rsidP="005D35AF">
      <w:pPr>
        <w:pStyle w:val="ae"/>
        <w:numPr>
          <w:ilvl w:val="0"/>
          <w:numId w:val="23"/>
        </w:numPr>
        <w:spacing w:after="0" w:line="360" w:lineRule="auto"/>
        <w:ind w:left="0" w:firstLine="709"/>
        <w:jc w:val="both"/>
        <w:rPr>
          <w:rFonts w:cs="Times New Roman"/>
          <w:sz w:val="28"/>
          <w:szCs w:val="28"/>
          <w:lang w:val="ru-RU"/>
        </w:rPr>
      </w:pPr>
      <w:r w:rsidRPr="005D35AF">
        <w:rPr>
          <w:rFonts w:cs="Times New Roman"/>
          <w:sz w:val="28"/>
          <w:szCs w:val="28"/>
          <w:lang w:val="ru-RU"/>
        </w:rPr>
        <w:t xml:space="preserve">выполнить </w:t>
      </w:r>
      <w:r w:rsidRPr="005D35AF">
        <w:rPr>
          <w:rFonts w:eastAsia="Consolas" w:cs="Times New Roman"/>
          <w:sz w:val="28"/>
          <w:szCs w:val="28"/>
          <w:lang w:val="ru-RU"/>
        </w:rPr>
        <w:t>./</w:t>
      </w:r>
      <w:r w:rsidRPr="005D35AF">
        <w:rPr>
          <w:rFonts w:eastAsia="Consolas" w:cs="Times New Roman"/>
          <w:sz w:val="28"/>
          <w:szCs w:val="28"/>
        </w:rPr>
        <w:t>setup</w:t>
      </w:r>
      <w:r w:rsidRPr="005D35AF">
        <w:rPr>
          <w:rFonts w:eastAsia="Consolas" w:cs="Times New Roman"/>
          <w:sz w:val="28"/>
          <w:szCs w:val="28"/>
          <w:lang w:val="ru-RU"/>
        </w:rPr>
        <w:t>_</w:t>
      </w:r>
      <w:r w:rsidRPr="005D35AF">
        <w:rPr>
          <w:rFonts w:eastAsia="Consolas" w:cs="Times New Roman"/>
          <w:sz w:val="28"/>
          <w:szCs w:val="28"/>
        </w:rPr>
        <w:t>env</w:t>
      </w:r>
      <w:r w:rsidRPr="005D35AF">
        <w:rPr>
          <w:rFonts w:eastAsia="Consolas" w:cs="Times New Roman"/>
          <w:sz w:val="28"/>
          <w:szCs w:val="28"/>
          <w:lang w:val="ru-RU"/>
        </w:rPr>
        <w:t>.</w:t>
      </w:r>
      <w:proofErr w:type="spellStart"/>
      <w:r w:rsidRPr="005D35AF">
        <w:rPr>
          <w:rFonts w:eastAsia="Consolas" w:cs="Times New Roman"/>
          <w:sz w:val="28"/>
          <w:szCs w:val="28"/>
        </w:rPr>
        <w:t>sh</w:t>
      </w:r>
      <w:proofErr w:type="spellEnd"/>
      <w:r w:rsidRPr="005D35AF">
        <w:rPr>
          <w:rFonts w:cs="Times New Roman"/>
          <w:sz w:val="28"/>
          <w:szCs w:val="28"/>
          <w:lang w:val="ru-RU"/>
        </w:rPr>
        <w:t>;</w:t>
      </w:r>
    </w:p>
    <w:p w14:paraId="364941D2" w14:textId="77777777" w:rsidR="003E3E57" w:rsidRPr="005D35AF" w:rsidRDefault="0021148C" w:rsidP="005D35AF">
      <w:pPr>
        <w:pStyle w:val="ae"/>
        <w:numPr>
          <w:ilvl w:val="0"/>
          <w:numId w:val="23"/>
        </w:numPr>
        <w:spacing w:after="0" w:line="360" w:lineRule="auto"/>
        <w:ind w:left="0" w:firstLine="709"/>
        <w:jc w:val="both"/>
        <w:rPr>
          <w:rFonts w:cs="Times New Roman"/>
          <w:sz w:val="28"/>
          <w:szCs w:val="28"/>
          <w:lang w:val="ru-RU"/>
        </w:rPr>
      </w:pPr>
      <w:r w:rsidRPr="005D35AF">
        <w:rPr>
          <w:rFonts w:cs="Times New Roman"/>
          <w:sz w:val="28"/>
          <w:szCs w:val="28"/>
          <w:lang w:val="ru-RU"/>
        </w:rPr>
        <w:t xml:space="preserve">выполнить </w:t>
      </w:r>
      <w:r w:rsidRPr="005D35AF">
        <w:rPr>
          <w:rFonts w:eastAsia="Consolas" w:cs="Times New Roman"/>
          <w:sz w:val="28"/>
          <w:szCs w:val="28"/>
          <w:lang w:val="ru-RU"/>
        </w:rPr>
        <w:t>./</w:t>
      </w:r>
      <w:r w:rsidRPr="005D35AF">
        <w:rPr>
          <w:rFonts w:eastAsia="Consolas" w:cs="Times New Roman"/>
          <w:sz w:val="28"/>
          <w:szCs w:val="28"/>
        </w:rPr>
        <w:t>run</w:t>
      </w:r>
      <w:r w:rsidRPr="005D35AF">
        <w:rPr>
          <w:rFonts w:eastAsia="Consolas" w:cs="Times New Roman"/>
          <w:sz w:val="28"/>
          <w:szCs w:val="28"/>
          <w:lang w:val="ru-RU"/>
        </w:rPr>
        <w:t>_</w:t>
      </w:r>
      <w:proofErr w:type="spellStart"/>
      <w:r w:rsidRPr="005D35AF">
        <w:rPr>
          <w:rFonts w:eastAsia="Consolas" w:cs="Times New Roman"/>
          <w:sz w:val="28"/>
          <w:szCs w:val="28"/>
        </w:rPr>
        <w:t>icarus</w:t>
      </w:r>
      <w:proofErr w:type="spellEnd"/>
      <w:r w:rsidRPr="005D35AF">
        <w:rPr>
          <w:rFonts w:eastAsia="Consolas" w:cs="Times New Roman"/>
          <w:sz w:val="28"/>
          <w:szCs w:val="28"/>
          <w:lang w:val="ru-RU"/>
        </w:rPr>
        <w:t>.</w:t>
      </w:r>
      <w:proofErr w:type="spellStart"/>
      <w:r w:rsidRPr="005D35AF">
        <w:rPr>
          <w:rFonts w:eastAsia="Consolas" w:cs="Times New Roman"/>
          <w:sz w:val="28"/>
          <w:szCs w:val="28"/>
        </w:rPr>
        <w:t>sh</w:t>
      </w:r>
      <w:proofErr w:type="spellEnd"/>
      <w:r w:rsidRPr="005D35AF">
        <w:rPr>
          <w:rFonts w:cs="Times New Roman"/>
          <w:sz w:val="28"/>
          <w:szCs w:val="28"/>
          <w:lang w:val="ru-RU"/>
        </w:rPr>
        <w:t xml:space="preserve"> для первичной проверки.</w:t>
      </w:r>
    </w:p>
    <w:p w14:paraId="336EF1AD" w14:textId="77777777" w:rsidR="003E3E57" w:rsidRPr="00E3367B" w:rsidRDefault="0021148C" w:rsidP="00E3367B">
      <w:pPr>
        <w:spacing w:after="0" w:line="360" w:lineRule="auto"/>
        <w:ind w:firstLine="720"/>
        <w:jc w:val="both"/>
        <w:rPr>
          <w:rFonts w:cs="Times New Roman"/>
          <w:sz w:val="28"/>
          <w:szCs w:val="28"/>
          <w:lang w:val="ru-RU"/>
        </w:rPr>
      </w:pPr>
      <w:r w:rsidRPr="00E3367B">
        <w:rPr>
          <w:rFonts w:cs="Times New Roman"/>
          <w:sz w:val="28"/>
          <w:szCs w:val="28"/>
          <w:lang w:val="ru-RU"/>
        </w:rPr>
        <w:t>После этого комплект готов к эксплуатации, углубленной проверке и повторной сборке поставочного пакета.</w:t>
      </w:r>
    </w:p>
    <w:sectPr w:rsidR="003E3E57" w:rsidRPr="00E3367B" w:rsidSect="00E3367B">
      <w:pgSz w:w="12240" w:h="15840"/>
      <w:pgMar w:top="1440" w:right="1041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4B951BF"/>
    <w:multiLevelType w:val="hybridMultilevel"/>
    <w:tmpl w:val="B456D8EE"/>
    <w:lvl w:ilvl="0" w:tplc="84B483B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166F5CEC"/>
    <w:multiLevelType w:val="hybridMultilevel"/>
    <w:tmpl w:val="4BBA9A50"/>
    <w:lvl w:ilvl="0" w:tplc="49A4A6CC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196575F0"/>
    <w:multiLevelType w:val="hybridMultilevel"/>
    <w:tmpl w:val="3AA41E9E"/>
    <w:lvl w:ilvl="0" w:tplc="38523298">
      <w:numFmt w:val="bullet"/>
      <w:lvlText w:val="•"/>
      <w:lvlJc w:val="left"/>
      <w:pPr>
        <w:ind w:left="1440" w:hanging="72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1D323EF9"/>
    <w:multiLevelType w:val="hybridMultilevel"/>
    <w:tmpl w:val="354ACFEA"/>
    <w:lvl w:ilvl="0" w:tplc="84B483B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26DF71EF"/>
    <w:multiLevelType w:val="hybridMultilevel"/>
    <w:tmpl w:val="6E6C8B0E"/>
    <w:lvl w:ilvl="0" w:tplc="84B483B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384F65A9"/>
    <w:multiLevelType w:val="hybridMultilevel"/>
    <w:tmpl w:val="BFB2C0CA"/>
    <w:lvl w:ilvl="0" w:tplc="84B483B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3AA936B5"/>
    <w:multiLevelType w:val="hybridMultilevel"/>
    <w:tmpl w:val="D9AA0DDC"/>
    <w:lvl w:ilvl="0" w:tplc="84B483B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3CA70D9B"/>
    <w:multiLevelType w:val="hybridMultilevel"/>
    <w:tmpl w:val="6DCEF036"/>
    <w:lvl w:ilvl="0" w:tplc="84B483B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3CE84462"/>
    <w:multiLevelType w:val="hybridMultilevel"/>
    <w:tmpl w:val="38324446"/>
    <w:lvl w:ilvl="0" w:tplc="84B483B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4559302A"/>
    <w:multiLevelType w:val="hybridMultilevel"/>
    <w:tmpl w:val="121C1BAC"/>
    <w:lvl w:ilvl="0" w:tplc="84B483B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49255627"/>
    <w:multiLevelType w:val="hybridMultilevel"/>
    <w:tmpl w:val="C8C6CA88"/>
    <w:lvl w:ilvl="0" w:tplc="84B483B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49AB5F49"/>
    <w:multiLevelType w:val="hybridMultilevel"/>
    <w:tmpl w:val="4084863C"/>
    <w:lvl w:ilvl="0" w:tplc="71344C4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5893373B"/>
    <w:multiLevelType w:val="hybridMultilevel"/>
    <w:tmpl w:val="0B2E2CAC"/>
    <w:lvl w:ilvl="0" w:tplc="84B483B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65B2284A"/>
    <w:multiLevelType w:val="hybridMultilevel"/>
    <w:tmpl w:val="975E5A70"/>
    <w:lvl w:ilvl="0" w:tplc="84B483B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66AB6C2C"/>
    <w:multiLevelType w:val="hybridMultilevel"/>
    <w:tmpl w:val="49D87B06"/>
    <w:lvl w:ilvl="0" w:tplc="84B483B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7B135BAD"/>
    <w:multiLevelType w:val="hybridMultilevel"/>
    <w:tmpl w:val="87FA0714"/>
    <w:lvl w:ilvl="0" w:tplc="84B483B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16"/>
  </w:num>
  <w:num w:numId="11">
    <w:abstractNumId w:val="22"/>
  </w:num>
  <w:num w:numId="12">
    <w:abstractNumId w:val="15"/>
  </w:num>
  <w:num w:numId="13">
    <w:abstractNumId w:val="13"/>
  </w:num>
  <w:num w:numId="14">
    <w:abstractNumId w:val="18"/>
  </w:num>
  <w:num w:numId="15">
    <w:abstractNumId w:val="24"/>
  </w:num>
  <w:num w:numId="16">
    <w:abstractNumId w:val="20"/>
  </w:num>
  <w:num w:numId="17">
    <w:abstractNumId w:val="10"/>
  </w:num>
  <w:num w:numId="18">
    <w:abstractNumId w:val="23"/>
  </w:num>
  <w:num w:numId="19">
    <w:abstractNumId w:val="21"/>
  </w:num>
  <w:num w:numId="20">
    <w:abstractNumId w:val="19"/>
  </w:num>
  <w:num w:numId="21">
    <w:abstractNumId w:val="14"/>
  </w:num>
  <w:num w:numId="22">
    <w:abstractNumId w:val="9"/>
  </w:num>
  <w:num w:numId="23">
    <w:abstractNumId w:val="17"/>
  </w:num>
  <w:num w:numId="24">
    <w:abstractNumId w:val="12"/>
  </w:num>
  <w:num w:numId="2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47730"/>
    <w:rsid w:val="00033AEE"/>
    <w:rsid w:val="00034616"/>
    <w:rsid w:val="0006063C"/>
    <w:rsid w:val="00105A41"/>
    <w:rsid w:val="0015074B"/>
    <w:rsid w:val="001B5079"/>
    <w:rsid w:val="0021148C"/>
    <w:rsid w:val="00223B32"/>
    <w:rsid w:val="0029639D"/>
    <w:rsid w:val="002E766D"/>
    <w:rsid w:val="00326F90"/>
    <w:rsid w:val="003E3E57"/>
    <w:rsid w:val="005D35AF"/>
    <w:rsid w:val="00702CAB"/>
    <w:rsid w:val="009058F8"/>
    <w:rsid w:val="009229F7"/>
    <w:rsid w:val="009E2F3A"/>
    <w:rsid w:val="00AA1D8D"/>
    <w:rsid w:val="00AE6855"/>
    <w:rsid w:val="00B47730"/>
    <w:rsid w:val="00C416D8"/>
    <w:rsid w:val="00CB0664"/>
    <w:rsid w:val="00E3367B"/>
    <w:rsid w:val="00E62ABA"/>
    <w:rsid w:val="00EF46B0"/>
    <w:rsid w:val="00FC693F"/>
    <w:rsid w:val="00FE5B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272BB11"/>
  <w15:docId w15:val="{83F969AC-58DE-44C1-A532-8CE64E1D0A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Times New Roman" w:eastAsia="Times New Roman" w:hAnsi="Times New Roman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ветлая заливка1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-11">
    <w:name w:val="Светлая заливка - Акцент 1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customStyle="1" w:styleId="12">
    <w:name w:val="Светлый список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-110">
    <w:name w:val="Светлый список - Акцент 1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customStyle="1" w:styleId="13">
    <w:name w:val="Светлая сетка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customStyle="1" w:styleId="-111">
    <w:name w:val="Светлая сетка - Акцент 1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customStyle="1" w:styleId="110">
    <w:name w:val="Средняя заливка 1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1-11">
    <w:name w:val="Средняя заливка 1 - Акцент 1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210">
    <w:name w:val="Средняя заливка 2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2-11">
    <w:name w:val="Средняя заливка 2 - Акцент 1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111">
    <w:name w:val="Средний список 1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customStyle="1" w:styleId="1-110">
    <w:name w:val="Средний список 1 - Акцент 1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customStyle="1" w:styleId="211">
    <w:name w:val="Средний список 2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112">
    <w:name w:val="Средняя сетка 1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customStyle="1" w:styleId="212">
    <w:name w:val="Средняя сетка 2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0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310">
    <w:name w:val="Средняя сетка 3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customStyle="1" w:styleId="14">
    <w:name w:val="Темный список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customStyle="1" w:styleId="15">
    <w:name w:val="Цветная заливка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0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16">
    <w:name w:val="Цветной список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2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customStyle="1" w:styleId="17">
    <w:name w:val="Цветная сетка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3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aff1">
    <w:name w:val="Hyperlink"/>
    <w:basedOn w:val="a2"/>
    <w:uiPriority w:val="99"/>
    <w:unhideWhenUsed/>
    <w:rsid w:val="009058F8"/>
    <w:rPr>
      <w:color w:val="0000FF" w:themeColor="hyperlink"/>
      <w:u w:val="single"/>
    </w:rPr>
  </w:style>
  <w:style w:type="character" w:styleId="aff2">
    <w:name w:val="FollowedHyperlink"/>
    <w:basedOn w:val="a2"/>
    <w:uiPriority w:val="99"/>
    <w:semiHidden/>
    <w:unhideWhenUsed/>
    <w:rsid w:val="0021148C"/>
    <w:rPr>
      <w:color w:val="800080" w:themeColor="followedHyperlink"/>
      <w:u w:val="single"/>
    </w:rPr>
  </w:style>
  <w:style w:type="character" w:styleId="aff3">
    <w:name w:val="Unresolved Mention"/>
    <w:basedOn w:val="a2"/>
    <w:uiPriority w:val="99"/>
    <w:semiHidden/>
    <w:unhideWhenUsed/>
    <w:rsid w:val="00105A4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CA7D1A45-06B1-4212-92EC-3CD864A011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98</TotalTime>
  <Pages>8</Pages>
  <Words>1035</Words>
  <Characters>5901</Characters>
  <Application>Microsoft Office Word</Application>
  <DocSecurity>0</DocSecurity>
  <Lines>49</Lines>
  <Paragraphs>13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6923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admin</cp:lastModifiedBy>
  <cp:revision>9</cp:revision>
  <dcterms:created xsi:type="dcterms:W3CDTF">2013-12-23T23:15:00Z</dcterms:created>
  <dcterms:modified xsi:type="dcterms:W3CDTF">2026-08-03T11:11:00Z</dcterms:modified>
  <cp:category/>
</cp:coreProperties>
</file>